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1C8B" w14:textId="2CACF0FC" w:rsidR="006B2F29" w:rsidRDefault="005C51E6">
      <w:pPr>
        <w:spacing w:after="60" w:line="240" w:lineRule="auto"/>
        <w:jc w:val="right"/>
      </w:pPr>
      <w:proofErr w:type="spellStart"/>
      <w:r>
        <w:rPr>
          <w:rFonts w:eastAsia="Arial"/>
          <w:sz w:val="18"/>
        </w:rPr>
        <w:t>Załącznik</w:t>
      </w:r>
      <w:proofErr w:type="spellEnd"/>
      <w:r>
        <w:rPr>
          <w:rFonts w:eastAsia="Arial"/>
          <w:sz w:val="18"/>
        </w:rPr>
        <w:t xml:space="preserve"> do </w:t>
      </w:r>
      <w:r w:rsidR="00C16748">
        <w:rPr>
          <w:rFonts w:eastAsia="Arial"/>
          <w:sz w:val="18"/>
        </w:rPr>
        <w:t xml:space="preserve">nr 1 </w:t>
      </w:r>
      <w:proofErr w:type="spellStart"/>
      <w:r>
        <w:rPr>
          <w:rFonts w:eastAsia="Arial"/>
          <w:sz w:val="18"/>
        </w:rPr>
        <w:t>Ogłoszenia</w:t>
      </w:r>
      <w:proofErr w:type="spellEnd"/>
      <w:r>
        <w:rPr>
          <w:rFonts w:eastAsia="Arial"/>
          <w:sz w:val="18"/>
        </w:rPr>
        <w:t xml:space="preserve"> </w:t>
      </w:r>
      <w:proofErr w:type="spellStart"/>
      <w:r>
        <w:rPr>
          <w:rFonts w:eastAsia="Arial"/>
          <w:sz w:val="18"/>
        </w:rPr>
        <w:t>Burmistrza</w:t>
      </w:r>
      <w:proofErr w:type="spellEnd"/>
      <w:r>
        <w:rPr>
          <w:rFonts w:eastAsia="Arial"/>
          <w:sz w:val="18"/>
        </w:rPr>
        <w:t xml:space="preserve"> </w:t>
      </w:r>
      <w:proofErr w:type="spellStart"/>
      <w:r>
        <w:rPr>
          <w:rFonts w:eastAsia="Arial"/>
          <w:sz w:val="18"/>
        </w:rPr>
        <w:t>Opoczna</w:t>
      </w:r>
      <w:proofErr w:type="spellEnd"/>
    </w:p>
    <w:p w14:paraId="6587CE45" w14:textId="3591D666" w:rsidR="006B2F29" w:rsidRDefault="005C51E6">
      <w:pPr>
        <w:spacing w:after="60" w:line="240" w:lineRule="auto"/>
        <w:jc w:val="right"/>
      </w:pPr>
      <w:r>
        <w:rPr>
          <w:rFonts w:eastAsia="Arial"/>
          <w:sz w:val="18"/>
        </w:rPr>
        <w:t xml:space="preserve">z </w:t>
      </w:r>
      <w:proofErr w:type="spellStart"/>
      <w:r>
        <w:rPr>
          <w:rFonts w:eastAsia="Arial"/>
          <w:sz w:val="18"/>
        </w:rPr>
        <w:t>dnia</w:t>
      </w:r>
      <w:proofErr w:type="spellEnd"/>
      <w:r>
        <w:rPr>
          <w:rFonts w:eastAsia="Arial"/>
          <w:sz w:val="18"/>
        </w:rPr>
        <w:t xml:space="preserve"> </w:t>
      </w:r>
      <w:r w:rsidR="00C16748" w:rsidRPr="00C16748">
        <w:rPr>
          <w:rFonts w:eastAsia="Arial"/>
          <w:bCs/>
          <w:sz w:val="18"/>
          <w:szCs w:val="18"/>
        </w:rPr>
        <w:t>1</w:t>
      </w:r>
      <w:r w:rsidR="00647DDB">
        <w:rPr>
          <w:rFonts w:eastAsia="Arial"/>
          <w:bCs/>
          <w:sz w:val="18"/>
          <w:szCs w:val="18"/>
        </w:rPr>
        <w:t>4</w:t>
      </w:r>
      <w:r w:rsidR="00C16748" w:rsidRPr="00C16748">
        <w:rPr>
          <w:rFonts w:eastAsia="Arial"/>
          <w:bCs/>
          <w:sz w:val="18"/>
          <w:szCs w:val="18"/>
        </w:rPr>
        <w:t>.09.2026 r.</w:t>
      </w:r>
    </w:p>
    <w:p w14:paraId="26011BBD" w14:textId="77777777" w:rsidR="006B2F29" w:rsidRDefault="005C51E6">
      <w:pPr>
        <w:spacing w:after="60" w:line="240" w:lineRule="auto"/>
        <w:jc w:val="center"/>
      </w:pPr>
      <w:r>
        <w:rPr>
          <w:rFonts w:eastAsia="Arial"/>
          <w:b/>
          <w:sz w:val="28"/>
        </w:rPr>
        <w:t>KARTA ZGŁOSZENIOWA</w:t>
      </w:r>
    </w:p>
    <w:p w14:paraId="1391E001" w14:textId="77777777" w:rsidR="006B2F29" w:rsidRDefault="005C51E6">
      <w:pPr>
        <w:spacing w:after="60" w:line="240" w:lineRule="auto"/>
        <w:jc w:val="center"/>
        <w:rPr>
          <w:rFonts w:eastAsia="Arial"/>
          <w:b/>
        </w:rPr>
      </w:pPr>
      <w:r>
        <w:rPr>
          <w:rFonts w:eastAsia="Arial"/>
          <w:b/>
        </w:rPr>
        <w:t xml:space="preserve">Konsultacje społeczne dotyczące nadania nazw </w:t>
      </w:r>
      <w:proofErr w:type="spellStart"/>
      <w:r>
        <w:rPr>
          <w:rFonts w:eastAsia="Arial"/>
          <w:b/>
        </w:rPr>
        <w:t>sześciu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rondom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usytuowanym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na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terenie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Gminy</w:t>
      </w:r>
      <w:proofErr w:type="spellEnd"/>
      <w:r>
        <w:rPr>
          <w:rFonts w:eastAsia="Arial"/>
          <w:b/>
        </w:rPr>
        <w:t xml:space="preserve"> Opoczno</w:t>
      </w:r>
    </w:p>
    <w:p w14:paraId="517E8D9F" w14:textId="77777777" w:rsidR="00712944" w:rsidRDefault="00712944">
      <w:pPr>
        <w:spacing w:after="60" w:line="240" w:lineRule="auto"/>
        <w:jc w:val="center"/>
      </w:pPr>
    </w:p>
    <w:p w14:paraId="7A900936" w14:textId="77777777" w:rsidR="005A3E69" w:rsidRDefault="005C51E6">
      <w:pPr>
        <w:spacing w:after="60" w:line="240" w:lineRule="auto"/>
        <w:jc w:val="both"/>
        <w:rPr>
          <w:rFonts w:eastAsia="Arial"/>
        </w:rPr>
      </w:pPr>
      <w:r>
        <w:rPr>
          <w:rFonts w:eastAsia="Arial"/>
        </w:rPr>
        <w:t xml:space="preserve">Kartę może złożyć mieszkaniec Gminy Opoczno. Nie ma obowiązku zgłaszania propozycji nazw dla wszystkich sześciu rond. Dla </w:t>
      </w:r>
      <w:proofErr w:type="spellStart"/>
      <w:r>
        <w:rPr>
          <w:rFonts w:eastAsia="Arial"/>
        </w:rPr>
        <w:t>rond</w:t>
      </w:r>
      <w:proofErr w:type="spellEnd"/>
      <w:r>
        <w:rPr>
          <w:rFonts w:eastAsia="Arial"/>
        </w:rPr>
        <w:t xml:space="preserve">, dla </w:t>
      </w:r>
      <w:proofErr w:type="spellStart"/>
      <w:r>
        <w:rPr>
          <w:rFonts w:eastAsia="Arial"/>
        </w:rPr>
        <w:t>których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mieszkaniec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nie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zgłasza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propozycji</w:t>
      </w:r>
      <w:proofErr w:type="spellEnd"/>
      <w:r>
        <w:rPr>
          <w:rFonts w:eastAsia="Arial"/>
        </w:rPr>
        <w:t>,</w:t>
      </w:r>
      <w:r w:rsidR="0052070D">
        <w:t xml:space="preserve"> w </w:t>
      </w:r>
      <w:proofErr w:type="spellStart"/>
      <w:r w:rsidR="0052070D">
        <w:t>przeznaczonym</w:t>
      </w:r>
      <w:proofErr w:type="spellEnd"/>
      <w:r w:rsidR="0052070D">
        <w:t xml:space="preserve"> </w:t>
      </w:r>
      <w:proofErr w:type="spellStart"/>
      <w:r w:rsidR="0052070D">
        <w:t>na</w:t>
      </w:r>
      <w:proofErr w:type="spellEnd"/>
      <w:r w:rsidR="0052070D">
        <w:t xml:space="preserve"> to </w:t>
      </w:r>
      <w:proofErr w:type="spellStart"/>
      <w:r w:rsidR="0052070D">
        <w:t>miejscu</w:t>
      </w:r>
      <w:proofErr w:type="spellEnd"/>
      <w:r w:rsidR="0052070D">
        <w:t xml:space="preserve"> </w:t>
      </w:r>
      <w:proofErr w:type="spellStart"/>
      <w:r w:rsidR="0052070D">
        <w:t>należy</w:t>
      </w:r>
      <w:proofErr w:type="spellEnd"/>
      <w:r w:rsidR="0052070D">
        <w:t xml:space="preserve"> </w:t>
      </w:r>
      <w:proofErr w:type="spellStart"/>
      <w:r w:rsidR="0052070D">
        <w:t>wpisać</w:t>
      </w:r>
      <w:proofErr w:type="spellEnd"/>
      <w:r w:rsidR="0052070D">
        <w:t xml:space="preserve"> „</w:t>
      </w:r>
      <w:proofErr w:type="spellStart"/>
      <w:r w:rsidR="0052070D">
        <w:t>nie</w:t>
      </w:r>
      <w:proofErr w:type="spellEnd"/>
      <w:r w:rsidR="0052070D">
        <w:t xml:space="preserve"> </w:t>
      </w:r>
      <w:proofErr w:type="spellStart"/>
      <w:r w:rsidR="0052070D">
        <w:t>dotyczy</w:t>
      </w:r>
      <w:proofErr w:type="spellEnd"/>
      <w:r w:rsidR="00ED6D80">
        <w:t>”</w:t>
      </w:r>
      <w:r w:rsidR="0052070D">
        <w:rPr>
          <w:rFonts w:eastAsia="Arial"/>
        </w:rPr>
        <w:t xml:space="preserve">. </w:t>
      </w:r>
    </w:p>
    <w:p w14:paraId="5E4B3EA2" w14:textId="6D449188" w:rsidR="006B2F29" w:rsidRPr="006C29D5" w:rsidRDefault="005A3E69">
      <w:pPr>
        <w:spacing w:after="60" w:line="240" w:lineRule="auto"/>
        <w:jc w:val="both"/>
        <w:rPr>
          <w:color w:val="000000" w:themeColor="text1"/>
        </w:rPr>
      </w:pPr>
      <w:proofErr w:type="spellStart"/>
      <w:r w:rsidRPr="006C29D5">
        <w:rPr>
          <w:color w:val="000000" w:themeColor="text1"/>
        </w:rPr>
        <w:t>Osoby</w:t>
      </w:r>
      <w:proofErr w:type="spellEnd"/>
      <w:r w:rsidRPr="006C29D5">
        <w:rPr>
          <w:color w:val="000000" w:themeColor="text1"/>
        </w:rPr>
        <w:t xml:space="preserve">, </w:t>
      </w:r>
      <w:proofErr w:type="spellStart"/>
      <w:r w:rsidRPr="006C29D5">
        <w:rPr>
          <w:color w:val="000000" w:themeColor="text1"/>
        </w:rPr>
        <w:t>które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przed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rozpoczęciem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konsultacji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zgłosiły</w:t>
      </w:r>
      <w:proofErr w:type="spellEnd"/>
      <w:r w:rsidRPr="006C29D5">
        <w:rPr>
          <w:color w:val="000000" w:themeColor="text1"/>
        </w:rPr>
        <w:t xml:space="preserve"> do Urzędu Miejskiego w Opocznie </w:t>
      </w:r>
      <w:proofErr w:type="spellStart"/>
      <w:r w:rsidRPr="006C29D5">
        <w:rPr>
          <w:color w:val="000000" w:themeColor="text1"/>
        </w:rPr>
        <w:t>propozycję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nazwy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ronda</w:t>
      </w:r>
      <w:proofErr w:type="spellEnd"/>
      <w:r w:rsidRPr="006C29D5">
        <w:rPr>
          <w:color w:val="000000" w:themeColor="text1"/>
        </w:rPr>
        <w:t xml:space="preserve">, </w:t>
      </w:r>
      <w:proofErr w:type="spellStart"/>
      <w:r w:rsidRPr="006C29D5">
        <w:rPr>
          <w:color w:val="000000" w:themeColor="text1"/>
        </w:rPr>
        <w:t>nie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są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zobowiązane</w:t>
      </w:r>
      <w:proofErr w:type="spellEnd"/>
      <w:r w:rsidRPr="006C29D5">
        <w:rPr>
          <w:color w:val="000000" w:themeColor="text1"/>
        </w:rPr>
        <w:t xml:space="preserve"> do </w:t>
      </w:r>
      <w:proofErr w:type="spellStart"/>
      <w:r w:rsidRPr="006C29D5">
        <w:rPr>
          <w:color w:val="000000" w:themeColor="text1"/>
        </w:rPr>
        <w:t>ponownego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zgłaszania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tej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samej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propozycji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na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niniejszej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karcie</w:t>
      </w:r>
      <w:proofErr w:type="spellEnd"/>
      <w:r w:rsidRPr="006C29D5">
        <w:rPr>
          <w:color w:val="000000" w:themeColor="text1"/>
        </w:rPr>
        <w:t xml:space="preserve">. </w:t>
      </w:r>
      <w:proofErr w:type="spellStart"/>
      <w:r w:rsidRPr="006C29D5">
        <w:rPr>
          <w:color w:val="000000" w:themeColor="text1"/>
        </w:rPr>
        <w:t>Propozycje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te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zostaną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uwzględnione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zgodnie</w:t>
      </w:r>
      <w:proofErr w:type="spellEnd"/>
      <w:r w:rsidRPr="006C29D5">
        <w:rPr>
          <w:color w:val="000000" w:themeColor="text1"/>
        </w:rPr>
        <w:t xml:space="preserve"> z </w:t>
      </w:r>
      <w:proofErr w:type="spellStart"/>
      <w:r w:rsidRPr="006C29D5">
        <w:rPr>
          <w:color w:val="000000" w:themeColor="text1"/>
        </w:rPr>
        <w:t>zasadami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określonymi</w:t>
      </w:r>
      <w:proofErr w:type="spellEnd"/>
      <w:r w:rsidRPr="006C29D5">
        <w:rPr>
          <w:color w:val="000000" w:themeColor="text1"/>
        </w:rPr>
        <w:t xml:space="preserve"> w </w:t>
      </w:r>
      <w:proofErr w:type="spellStart"/>
      <w:r w:rsidRPr="006C29D5">
        <w:rPr>
          <w:color w:val="000000" w:themeColor="text1"/>
        </w:rPr>
        <w:t>Ogłoszeniu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Burmistrza</w:t>
      </w:r>
      <w:proofErr w:type="spellEnd"/>
      <w:r w:rsidRPr="006C29D5">
        <w:rPr>
          <w:color w:val="000000" w:themeColor="text1"/>
        </w:rPr>
        <w:t xml:space="preserve"> </w:t>
      </w:r>
      <w:proofErr w:type="spellStart"/>
      <w:r w:rsidRPr="006C29D5">
        <w:rPr>
          <w:color w:val="000000" w:themeColor="text1"/>
        </w:rPr>
        <w:t>Opoczna</w:t>
      </w:r>
      <w:proofErr w:type="spellEnd"/>
      <w:r w:rsidRPr="006C29D5">
        <w:rPr>
          <w:color w:val="000000" w:themeColor="text1"/>
        </w:rPr>
        <w:t>.</w:t>
      </w:r>
    </w:p>
    <w:p w14:paraId="07AEB681" w14:textId="77777777" w:rsidR="006B2F29" w:rsidRDefault="005C51E6">
      <w:pPr>
        <w:spacing w:after="60" w:line="240" w:lineRule="auto"/>
        <w:jc w:val="both"/>
      </w:pPr>
      <w:r>
        <w:rPr>
          <w:b/>
          <w:sz w:val="20"/>
        </w:rPr>
        <w:t xml:space="preserve">Uwaga: </w:t>
      </w:r>
      <w:r>
        <w:rPr>
          <w:sz w:val="20"/>
        </w:rPr>
        <w:t>zgłoszenie propozycji nazwy nie oznacza jej automatycznego zakwalifikowania do etapu II konsultacji. Do głosowania zostaną skierowane wybrane propozycje nazw po ich zestawieniu i analizie.</w:t>
      </w:r>
    </w:p>
    <w:p w14:paraId="549C2AAF" w14:textId="77777777" w:rsidR="006B2F29" w:rsidRDefault="005C51E6">
      <w:pPr>
        <w:spacing w:after="60" w:line="240" w:lineRule="auto"/>
      </w:pPr>
      <w:r>
        <w:rPr>
          <w:rFonts w:eastAsia="Arial"/>
          <w:b/>
        </w:rPr>
        <w:t>Dane osoby zgłaszającej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5812"/>
      </w:tblGrid>
      <w:tr w:rsidR="006B2F29" w14:paraId="682D1F0F" w14:textId="77777777" w:rsidTr="00464ED6">
        <w:trPr>
          <w:jc w:val="center"/>
        </w:trPr>
        <w:tc>
          <w:tcPr>
            <w:tcW w:w="4111" w:type="dxa"/>
            <w:vAlign w:val="center"/>
          </w:tcPr>
          <w:p w14:paraId="061E61C8" w14:textId="77777777" w:rsidR="006B2F29" w:rsidRDefault="005C51E6">
            <w:proofErr w:type="spellStart"/>
            <w:r>
              <w:rPr>
                <w:rFonts w:eastAsia="Arial"/>
                <w:b/>
              </w:rPr>
              <w:t>Imię</w:t>
            </w:r>
            <w:proofErr w:type="spellEnd"/>
            <w:r>
              <w:rPr>
                <w:rFonts w:eastAsia="Arial"/>
                <w:b/>
              </w:rPr>
              <w:t xml:space="preserve"> i </w:t>
            </w:r>
            <w:proofErr w:type="spellStart"/>
            <w:r>
              <w:rPr>
                <w:rFonts w:eastAsia="Arial"/>
                <w:b/>
              </w:rPr>
              <w:t>nazwisko</w:t>
            </w:r>
            <w:proofErr w:type="spellEnd"/>
          </w:p>
        </w:tc>
        <w:tc>
          <w:tcPr>
            <w:tcW w:w="5812" w:type="dxa"/>
            <w:shd w:val="clear" w:color="auto" w:fill="FFF2CC"/>
            <w:vAlign w:val="center"/>
          </w:tcPr>
          <w:p w14:paraId="0C30A47B" w14:textId="77777777" w:rsidR="006B2F29" w:rsidRDefault="005C51E6">
            <w:r>
              <w:rPr>
                <w:rFonts w:eastAsia="Arial"/>
              </w:rPr>
              <w:br/>
            </w:r>
          </w:p>
          <w:p w14:paraId="52D78692" w14:textId="77777777" w:rsidR="00CD3F39" w:rsidRDefault="00CD3F39"/>
          <w:p w14:paraId="5699DFD7" w14:textId="77777777" w:rsidR="00497395" w:rsidRDefault="00497395"/>
        </w:tc>
      </w:tr>
      <w:tr w:rsidR="006B2F29" w14:paraId="701FFFB3" w14:textId="77777777" w:rsidTr="00464ED6">
        <w:trPr>
          <w:jc w:val="center"/>
        </w:trPr>
        <w:tc>
          <w:tcPr>
            <w:tcW w:w="4111" w:type="dxa"/>
            <w:vAlign w:val="center"/>
          </w:tcPr>
          <w:p w14:paraId="260D6821" w14:textId="77777777" w:rsidR="006B2F29" w:rsidRDefault="005C51E6">
            <w:r>
              <w:rPr>
                <w:b/>
                <w:sz w:val="20"/>
              </w:rPr>
              <w:t>Miejscowość zamieszkania</w:t>
            </w:r>
            <w:r>
              <w:rPr>
                <w:b/>
                <w:sz w:val="20"/>
              </w:rPr>
              <w:br/>
              <w:t>(bez ulicy i numeru domu)</w:t>
            </w:r>
          </w:p>
        </w:tc>
        <w:tc>
          <w:tcPr>
            <w:tcW w:w="5812" w:type="dxa"/>
            <w:shd w:val="clear" w:color="auto" w:fill="FFF2CC"/>
            <w:vAlign w:val="center"/>
          </w:tcPr>
          <w:p w14:paraId="6D3CE2D9" w14:textId="77777777" w:rsidR="006B2F29" w:rsidRDefault="005C51E6">
            <w:r>
              <w:rPr>
                <w:rFonts w:eastAsia="Arial"/>
              </w:rPr>
              <w:br/>
            </w:r>
          </w:p>
          <w:p w14:paraId="43F8559B" w14:textId="77777777" w:rsidR="00CD3F39" w:rsidRDefault="00CD3F39"/>
          <w:p w14:paraId="6B60801E" w14:textId="77777777" w:rsidR="00497395" w:rsidRDefault="00497395"/>
        </w:tc>
      </w:tr>
      <w:tr w:rsidR="006B2F29" w14:paraId="0933527F" w14:textId="77777777" w:rsidTr="00464ED6">
        <w:trPr>
          <w:jc w:val="center"/>
        </w:trPr>
        <w:tc>
          <w:tcPr>
            <w:tcW w:w="4111" w:type="dxa"/>
            <w:vAlign w:val="center"/>
          </w:tcPr>
          <w:p w14:paraId="16A15929" w14:textId="77777777" w:rsidR="006B2F29" w:rsidRDefault="005C51E6">
            <w:r>
              <w:rPr>
                <w:rFonts w:eastAsia="Arial"/>
                <w:b/>
              </w:rPr>
              <w:t>Oświadczenie</w:t>
            </w:r>
          </w:p>
        </w:tc>
        <w:tc>
          <w:tcPr>
            <w:tcW w:w="5812" w:type="dxa"/>
            <w:vAlign w:val="center"/>
          </w:tcPr>
          <w:p w14:paraId="46E6395C" w14:textId="77777777" w:rsidR="006B2F29" w:rsidRDefault="005C51E6">
            <w:r>
              <w:rPr>
                <w:rFonts w:eastAsia="Arial"/>
              </w:rPr>
              <w:t>☐ Oświadczam, że jestem mieszkańcem/mieszkanką Gminy Opoczno.</w:t>
            </w:r>
          </w:p>
        </w:tc>
      </w:tr>
    </w:tbl>
    <w:p w14:paraId="10F07DF9" w14:textId="77777777" w:rsidR="006B2F29" w:rsidRDefault="006B2F29">
      <w:pPr>
        <w:spacing w:after="60" w:line="240" w:lineRule="auto"/>
      </w:pPr>
    </w:p>
    <w:p w14:paraId="751D76E5" w14:textId="77777777" w:rsidR="006B2F29" w:rsidRDefault="005C51E6">
      <w:pPr>
        <w:spacing w:before="160" w:after="60" w:line="240" w:lineRule="auto"/>
      </w:pPr>
      <w:r>
        <w:rPr>
          <w:rFonts w:eastAsia="Arial"/>
          <w:b/>
        </w:rPr>
        <w:t>RONDO NR 1</w:t>
      </w:r>
    </w:p>
    <w:p w14:paraId="06672D4D" w14:textId="1F13CAD0" w:rsidR="006B2F29" w:rsidRPr="00A70A82" w:rsidRDefault="00464ED6" w:rsidP="00464ED6">
      <w:pPr>
        <w:spacing w:before="120" w:after="120" w:line="240" w:lineRule="auto"/>
        <w:ind w:left="340" w:hanging="340"/>
        <w:jc w:val="both"/>
        <w:rPr>
          <w:lang w:val="pl-PL"/>
        </w:rPr>
      </w:pPr>
      <w:r w:rsidRPr="00A70A82">
        <w:rPr>
          <w:rFonts w:eastAsia="Arial"/>
          <w:b/>
          <w:lang w:val="pl-PL"/>
        </w:rPr>
        <w:t>LOKALIZACJA</w:t>
      </w:r>
      <w:r w:rsidR="00A70A82">
        <w:rPr>
          <w:rFonts w:eastAsia="Arial"/>
          <w:b/>
          <w:lang w:val="pl-PL"/>
        </w:rPr>
        <w:t xml:space="preserve">: </w:t>
      </w:r>
      <w:proofErr w:type="spellStart"/>
      <w:r w:rsidRPr="00A70A82">
        <w:t>przy</w:t>
      </w:r>
      <w:proofErr w:type="spellEnd"/>
      <w:r w:rsidRPr="00A70A82">
        <w:t xml:space="preserve"> </w:t>
      </w:r>
      <w:proofErr w:type="spellStart"/>
      <w:r w:rsidRPr="00A70A82">
        <w:t>Obwodnicy</w:t>
      </w:r>
      <w:proofErr w:type="spellEnd"/>
      <w:r w:rsidRPr="00A70A82">
        <w:t xml:space="preserve"> </w:t>
      </w:r>
      <w:proofErr w:type="spellStart"/>
      <w:r w:rsidRPr="00A70A82">
        <w:t>Opoczna</w:t>
      </w:r>
      <w:proofErr w:type="spellEnd"/>
      <w:r w:rsidRPr="00A70A82">
        <w:t xml:space="preserve"> </w:t>
      </w:r>
      <w:proofErr w:type="spellStart"/>
      <w:r w:rsidRPr="00A70A82">
        <w:t>im</w:t>
      </w:r>
      <w:proofErr w:type="spellEnd"/>
      <w:r w:rsidRPr="00A70A82">
        <w:t xml:space="preserve">. Czesława </w:t>
      </w:r>
      <w:proofErr w:type="spellStart"/>
      <w:r w:rsidRPr="00A70A82">
        <w:t>Pawlaczka</w:t>
      </w:r>
      <w:proofErr w:type="spellEnd"/>
      <w:r w:rsidRPr="00A70A82">
        <w:t xml:space="preserve">, z ul. </w:t>
      </w:r>
      <w:proofErr w:type="spellStart"/>
      <w:r w:rsidRPr="00A70A82">
        <w:t>Krakowską</w:t>
      </w:r>
      <w:proofErr w:type="spellEnd"/>
      <w:r w:rsidRPr="00A70A82">
        <w:t xml:space="preserve">. </w:t>
      </w: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7513"/>
      </w:tblGrid>
      <w:tr w:rsidR="006B2F29" w14:paraId="7164B4C9" w14:textId="77777777" w:rsidTr="00CD3F39">
        <w:trPr>
          <w:jc w:val="center"/>
        </w:trPr>
        <w:tc>
          <w:tcPr>
            <w:tcW w:w="2547" w:type="dxa"/>
          </w:tcPr>
          <w:p w14:paraId="3F418B0F" w14:textId="77777777" w:rsidR="006B2F29" w:rsidRDefault="005C51E6">
            <w:proofErr w:type="spellStart"/>
            <w:r>
              <w:rPr>
                <w:rFonts w:eastAsia="Arial"/>
                <w:b/>
              </w:rPr>
              <w:t>Proponowana</w:t>
            </w:r>
            <w:proofErr w:type="spellEnd"/>
            <w:r>
              <w:rPr>
                <w:rFonts w:eastAsia="Arial"/>
                <w:b/>
              </w:rPr>
              <w:t xml:space="preserve"> </w:t>
            </w:r>
            <w:proofErr w:type="spellStart"/>
            <w:r>
              <w:rPr>
                <w:rFonts w:eastAsia="Arial"/>
                <w:b/>
              </w:rPr>
              <w:t>nazwa</w:t>
            </w:r>
            <w:proofErr w:type="spellEnd"/>
          </w:p>
        </w:tc>
        <w:tc>
          <w:tcPr>
            <w:tcW w:w="7513" w:type="dxa"/>
            <w:shd w:val="clear" w:color="auto" w:fill="FFF2CC"/>
          </w:tcPr>
          <w:p w14:paraId="7146620C" w14:textId="77777777" w:rsidR="006B2F29" w:rsidRDefault="005C51E6">
            <w:r>
              <w:rPr>
                <w:rFonts w:eastAsia="Arial"/>
              </w:rPr>
              <w:br/>
            </w:r>
          </w:p>
          <w:p w14:paraId="484A1D19" w14:textId="77777777" w:rsidR="00CD3F39" w:rsidRDefault="00CD3F39"/>
          <w:p w14:paraId="41E9376F" w14:textId="77777777" w:rsidR="00CD3F39" w:rsidRDefault="00CD3F39"/>
          <w:p w14:paraId="50809F1B" w14:textId="77777777" w:rsidR="00CD3F39" w:rsidRDefault="00CD3F39"/>
        </w:tc>
      </w:tr>
      <w:tr w:rsidR="006B2F29" w14:paraId="1002F7B2" w14:textId="77777777" w:rsidTr="00CD3F39">
        <w:trPr>
          <w:jc w:val="center"/>
        </w:trPr>
        <w:tc>
          <w:tcPr>
            <w:tcW w:w="2547" w:type="dxa"/>
          </w:tcPr>
          <w:p w14:paraId="02E80D99" w14:textId="77777777" w:rsidR="006B2F29" w:rsidRDefault="005C51E6">
            <w:pPr>
              <w:rPr>
                <w:rFonts w:eastAsia="Arial"/>
                <w:b/>
              </w:rPr>
            </w:pPr>
            <w:proofErr w:type="spellStart"/>
            <w:r>
              <w:rPr>
                <w:rFonts w:eastAsia="Arial"/>
                <w:b/>
              </w:rPr>
              <w:t>Uzasadnienie</w:t>
            </w:r>
            <w:proofErr w:type="spellEnd"/>
          </w:p>
          <w:p w14:paraId="3F786507" w14:textId="6E3C798C" w:rsidR="00AC58F3" w:rsidRDefault="00AC58F3"/>
        </w:tc>
        <w:tc>
          <w:tcPr>
            <w:tcW w:w="7513" w:type="dxa"/>
            <w:shd w:val="clear" w:color="auto" w:fill="FFF2CC"/>
          </w:tcPr>
          <w:p w14:paraId="274A89EB" w14:textId="77777777" w:rsidR="006B2F29" w:rsidRDefault="005C51E6">
            <w:r>
              <w:rPr>
                <w:rFonts w:eastAsia="Arial"/>
              </w:rPr>
              <w:br/>
            </w:r>
            <w:r>
              <w:rPr>
                <w:rFonts w:eastAsia="Arial"/>
              </w:rPr>
              <w:br/>
            </w:r>
            <w:r>
              <w:rPr>
                <w:rFonts w:eastAsia="Arial"/>
              </w:rPr>
              <w:br/>
            </w:r>
          </w:p>
          <w:p w14:paraId="34F55037" w14:textId="77777777" w:rsidR="00CD3F39" w:rsidRDefault="00CD3F39"/>
          <w:p w14:paraId="707BDC88" w14:textId="77777777" w:rsidR="00CD3F39" w:rsidRDefault="00CD3F39"/>
          <w:p w14:paraId="508734BB" w14:textId="77777777" w:rsidR="00CD3F39" w:rsidRDefault="00CD3F39"/>
          <w:p w14:paraId="6985BFAA" w14:textId="77777777" w:rsidR="00CD3F39" w:rsidRDefault="00CD3F39"/>
          <w:p w14:paraId="08C88780" w14:textId="77777777" w:rsidR="00CD3F39" w:rsidRDefault="00CD3F39"/>
        </w:tc>
      </w:tr>
    </w:tbl>
    <w:p w14:paraId="5CE511FF" w14:textId="77777777" w:rsidR="006B2F29" w:rsidRDefault="006B2F29">
      <w:pPr>
        <w:spacing w:after="60" w:line="240" w:lineRule="auto"/>
      </w:pPr>
    </w:p>
    <w:p w14:paraId="5AF05587" w14:textId="77777777" w:rsidR="006B2F29" w:rsidRDefault="005C51E6">
      <w:pPr>
        <w:spacing w:before="160" w:after="60" w:line="240" w:lineRule="auto"/>
      </w:pPr>
      <w:r>
        <w:rPr>
          <w:rFonts w:eastAsia="Arial"/>
          <w:b/>
        </w:rPr>
        <w:t>RONDO NR 2</w:t>
      </w:r>
    </w:p>
    <w:p w14:paraId="510DF97A" w14:textId="6BDFDDFD" w:rsidR="006B2F29" w:rsidRPr="00A70A82" w:rsidRDefault="00464ED6" w:rsidP="00A70A82">
      <w:pPr>
        <w:spacing w:before="120" w:line="240" w:lineRule="auto"/>
        <w:ind w:left="340" w:hanging="340"/>
        <w:jc w:val="both"/>
        <w:rPr>
          <w:highlight w:val="yellow"/>
          <w:lang w:val="pl-PL"/>
        </w:rPr>
      </w:pPr>
      <w:r w:rsidRPr="00A70A82">
        <w:rPr>
          <w:rFonts w:eastAsia="Arial"/>
          <w:b/>
          <w:lang w:val="pl-PL"/>
        </w:rPr>
        <w:t>LOKALIZACJA</w:t>
      </w:r>
      <w:r w:rsidR="00A70A82" w:rsidRPr="00A70A82">
        <w:t xml:space="preserve">: </w:t>
      </w:r>
      <w:proofErr w:type="spellStart"/>
      <w:r w:rsidR="00A70A82" w:rsidRPr="00A70A82">
        <w:t>na</w:t>
      </w:r>
      <w:proofErr w:type="spellEnd"/>
      <w:r w:rsidR="00A70A82" w:rsidRPr="00A70A82">
        <w:t xml:space="preserve"> ul. </w:t>
      </w:r>
      <w:proofErr w:type="spellStart"/>
      <w:r w:rsidR="00A70A82" w:rsidRPr="00A70A82">
        <w:t>Piotrkowskiej</w:t>
      </w:r>
      <w:proofErr w:type="spellEnd"/>
      <w:r w:rsidR="00A70A82" w:rsidRPr="00A70A82">
        <w:t xml:space="preserve"> (DW 713), </w:t>
      </w:r>
      <w:proofErr w:type="spellStart"/>
      <w:r w:rsidR="00A70A82" w:rsidRPr="00A70A82">
        <w:t>przy</w:t>
      </w:r>
      <w:proofErr w:type="spellEnd"/>
      <w:r w:rsidR="00A70A82" w:rsidRPr="00A70A82">
        <w:t xml:space="preserve"> </w:t>
      </w:r>
      <w:proofErr w:type="spellStart"/>
      <w:r w:rsidR="00A70A82" w:rsidRPr="00A70A82">
        <w:t>wyjeździe</w:t>
      </w:r>
      <w:proofErr w:type="spellEnd"/>
      <w:r w:rsidR="00A70A82" w:rsidRPr="00A70A82">
        <w:t xml:space="preserve"> z </w:t>
      </w:r>
      <w:proofErr w:type="spellStart"/>
      <w:r w:rsidR="00A70A82" w:rsidRPr="00A70A82">
        <w:t>Opoczna</w:t>
      </w:r>
      <w:proofErr w:type="spellEnd"/>
      <w:r w:rsidR="00A70A82" w:rsidRPr="00A70A82">
        <w:t xml:space="preserve"> w </w:t>
      </w:r>
      <w:proofErr w:type="spellStart"/>
      <w:r w:rsidR="00A70A82" w:rsidRPr="00A70A82">
        <w:t>kierunku</w:t>
      </w:r>
      <w:proofErr w:type="spellEnd"/>
      <w:r w:rsidR="00A70A82" w:rsidRPr="00A70A82">
        <w:t xml:space="preserve"> Januszewic.</w:t>
      </w: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7513"/>
      </w:tblGrid>
      <w:tr w:rsidR="00464ED6" w:rsidRPr="00464ED6" w14:paraId="20613EBC" w14:textId="77777777" w:rsidTr="007838C0">
        <w:trPr>
          <w:jc w:val="center"/>
        </w:trPr>
        <w:tc>
          <w:tcPr>
            <w:tcW w:w="2547" w:type="dxa"/>
          </w:tcPr>
          <w:p w14:paraId="7BA30E81" w14:textId="77777777" w:rsidR="00464ED6" w:rsidRPr="00464ED6" w:rsidRDefault="00464ED6" w:rsidP="00464ED6">
            <w:pPr>
              <w:spacing w:after="60" w:line="240" w:lineRule="auto"/>
            </w:pPr>
            <w:proofErr w:type="spellStart"/>
            <w:r w:rsidRPr="00464ED6">
              <w:rPr>
                <w:b/>
              </w:rPr>
              <w:t>Proponowana</w:t>
            </w:r>
            <w:proofErr w:type="spellEnd"/>
            <w:r w:rsidRPr="00464ED6">
              <w:rPr>
                <w:b/>
              </w:rPr>
              <w:t xml:space="preserve"> </w:t>
            </w:r>
            <w:proofErr w:type="spellStart"/>
            <w:r w:rsidRPr="00464ED6">
              <w:rPr>
                <w:b/>
              </w:rPr>
              <w:t>nazwa</w:t>
            </w:r>
            <w:proofErr w:type="spellEnd"/>
          </w:p>
        </w:tc>
        <w:tc>
          <w:tcPr>
            <w:tcW w:w="7513" w:type="dxa"/>
            <w:shd w:val="clear" w:color="auto" w:fill="FFF2CC"/>
          </w:tcPr>
          <w:p w14:paraId="39705ACF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</w:p>
          <w:p w14:paraId="26588474" w14:textId="77777777" w:rsidR="00464ED6" w:rsidRPr="00464ED6" w:rsidRDefault="00464ED6" w:rsidP="00464ED6">
            <w:pPr>
              <w:spacing w:after="60" w:line="240" w:lineRule="auto"/>
            </w:pPr>
          </w:p>
          <w:p w14:paraId="2CDE1408" w14:textId="77777777" w:rsidR="00464ED6" w:rsidRPr="00464ED6" w:rsidRDefault="00464ED6" w:rsidP="00464ED6">
            <w:pPr>
              <w:spacing w:after="60" w:line="240" w:lineRule="auto"/>
            </w:pPr>
          </w:p>
          <w:p w14:paraId="5EB35218" w14:textId="77777777" w:rsidR="00464ED6" w:rsidRPr="00464ED6" w:rsidRDefault="00464ED6" w:rsidP="00464ED6">
            <w:pPr>
              <w:spacing w:after="60" w:line="240" w:lineRule="auto"/>
            </w:pPr>
          </w:p>
        </w:tc>
      </w:tr>
      <w:tr w:rsidR="00464ED6" w:rsidRPr="00464ED6" w14:paraId="1A25C690" w14:textId="77777777" w:rsidTr="007838C0">
        <w:trPr>
          <w:jc w:val="center"/>
        </w:trPr>
        <w:tc>
          <w:tcPr>
            <w:tcW w:w="2547" w:type="dxa"/>
          </w:tcPr>
          <w:p w14:paraId="4DB067DF" w14:textId="77777777" w:rsidR="00464ED6" w:rsidRPr="00464ED6" w:rsidRDefault="00464ED6" w:rsidP="00464ED6">
            <w:pPr>
              <w:spacing w:after="60" w:line="240" w:lineRule="auto"/>
              <w:rPr>
                <w:b/>
              </w:rPr>
            </w:pPr>
            <w:proofErr w:type="spellStart"/>
            <w:r w:rsidRPr="00464ED6">
              <w:rPr>
                <w:b/>
              </w:rPr>
              <w:t>Uzasadnienie</w:t>
            </w:r>
            <w:proofErr w:type="spellEnd"/>
          </w:p>
          <w:p w14:paraId="038DAAFC" w14:textId="77777777" w:rsidR="00464ED6" w:rsidRPr="00464ED6" w:rsidRDefault="00464ED6" w:rsidP="00464ED6">
            <w:pPr>
              <w:spacing w:after="60" w:line="240" w:lineRule="auto"/>
            </w:pPr>
          </w:p>
        </w:tc>
        <w:tc>
          <w:tcPr>
            <w:tcW w:w="7513" w:type="dxa"/>
            <w:shd w:val="clear" w:color="auto" w:fill="FFF2CC"/>
          </w:tcPr>
          <w:p w14:paraId="6CE53845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  <w:r w:rsidRPr="00464ED6">
              <w:br/>
            </w:r>
            <w:r w:rsidRPr="00464ED6">
              <w:br/>
            </w:r>
          </w:p>
          <w:p w14:paraId="30ACAE25" w14:textId="77777777" w:rsidR="00464ED6" w:rsidRPr="00464ED6" w:rsidRDefault="00464ED6" w:rsidP="00464ED6">
            <w:pPr>
              <w:spacing w:after="60" w:line="240" w:lineRule="auto"/>
            </w:pPr>
          </w:p>
          <w:p w14:paraId="6BA19DAD" w14:textId="77777777" w:rsidR="00464ED6" w:rsidRPr="00464ED6" w:rsidRDefault="00464ED6" w:rsidP="00464ED6">
            <w:pPr>
              <w:spacing w:after="60" w:line="240" w:lineRule="auto"/>
            </w:pPr>
          </w:p>
          <w:p w14:paraId="322AE6B1" w14:textId="77777777" w:rsidR="00464ED6" w:rsidRPr="00464ED6" w:rsidRDefault="00464ED6" w:rsidP="00464ED6">
            <w:pPr>
              <w:spacing w:after="60" w:line="240" w:lineRule="auto"/>
            </w:pPr>
          </w:p>
          <w:p w14:paraId="32E0DD0F" w14:textId="77777777" w:rsidR="00464ED6" w:rsidRPr="00464ED6" w:rsidRDefault="00464ED6" w:rsidP="00464ED6">
            <w:pPr>
              <w:spacing w:after="60" w:line="240" w:lineRule="auto"/>
            </w:pPr>
          </w:p>
          <w:p w14:paraId="778D4A3C" w14:textId="77777777" w:rsidR="00464ED6" w:rsidRPr="00464ED6" w:rsidRDefault="00464ED6" w:rsidP="00464ED6">
            <w:pPr>
              <w:spacing w:after="60" w:line="240" w:lineRule="auto"/>
            </w:pPr>
          </w:p>
          <w:p w14:paraId="0265CC13" w14:textId="77777777" w:rsidR="00464ED6" w:rsidRPr="00464ED6" w:rsidRDefault="00464ED6" w:rsidP="00464ED6">
            <w:pPr>
              <w:spacing w:after="60" w:line="240" w:lineRule="auto"/>
            </w:pPr>
          </w:p>
          <w:p w14:paraId="16529426" w14:textId="77777777" w:rsidR="00464ED6" w:rsidRPr="00464ED6" w:rsidRDefault="00464ED6" w:rsidP="00464ED6">
            <w:pPr>
              <w:spacing w:after="60" w:line="240" w:lineRule="auto"/>
            </w:pPr>
          </w:p>
          <w:p w14:paraId="790A45D4" w14:textId="77777777" w:rsidR="00464ED6" w:rsidRPr="00464ED6" w:rsidRDefault="00464ED6" w:rsidP="00464ED6">
            <w:pPr>
              <w:spacing w:after="60" w:line="240" w:lineRule="auto"/>
            </w:pPr>
          </w:p>
        </w:tc>
      </w:tr>
    </w:tbl>
    <w:p w14:paraId="04E68342" w14:textId="77777777" w:rsidR="006B2F29" w:rsidRDefault="006B2F29">
      <w:pPr>
        <w:spacing w:after="60" w:line="240" w:lineRule="auto"/>
      </w:pPr>
    </w:p>
    <w:p w14:paraId="7C5478E8" w14:textId="77777777" w:rsidR="00461CCB" w:rsidRDefault="00461CCB" w:rsidP="00464ED6">
      <w:pPr>
        <w:spacing w:after="60" w:line="240" w:lineRule="auto"/>
        <w:rPr>
          <w:rFonts w:eastAsia="Arial"/>
          <w:b/>
        </w:rPr>
      </w:pPr>
    </w:p>
    <w:p w14:paraId="1159EADA" w14:textId="198E1F53" w:rsidR="006B2F29" w:rsidRDefault="005C51E6" w:rsidP="00464ED6">
      <w:pPr>
        <w:spacing w:after="60" w:line="240" w:lineRule="auto"/>
      </w:pPr>
      <w:r>
        <w:rPr>
          <w:rFonts w:eastAsia="Arial"/>
          <w:b/>
        </w:rPr>
        <w:t>RONDO NR 3</w:t>
      </w:r>
    </w:p>
    <w:p w14:paraId="6402C995" w14:textId="2698A617" w:rsidR="00497395" w:rsidRDefault="00464ED6">
      <w:pPr>
        <w:spacing w:after="60" w:line="240" w:lineRule="auto"/>
      </w:pPr>
      <w:r w:rsidRPr="00A70A82">
        <w:rPr>
          <w:rFonts w:eastAsia="Arial"/>
          <w:b/>
          <w:lang w:val="pl-PL"/>
        </w:rPr>
        <w:t>LOKALIZACJA</w:t>
      </w:r>
      <w:r w:rsidR="00A70A82">
        <w:rPr>
          <w:rFonts w:eastAsia="Arial"/>
          <w:b/>
          <w:lang w:val="pl-PL"/>
        </w:rPr>
        <w:t xml:space="preserve">: </w:t>
      </w:r>
      <w:r w:rsidR="00A70A82" w:rsidRPr="00A70A82">
        <w:rPr>
          <w:rFonts w:eastAsia="Arial"/>
          <w:bCs/>
          <w:lang w:val="pl-PL"/>
        </w:rPr>
        <w:t>na skrzyżowaniu ul. Stanisława Staszica, ul. Szkolnej i ul. Kuligowskiej w Opocznie (</w:t>
      </w:r>
      <w:proofErr w:type="spellStart"/>
      <w:r w:rsidR="00A70A82" w:rsidRPr="00A70A82">
        <w:rPr>
          <w:rFonts w:eastAsia="Arial"/>
          <w:bCs/>
          <w:lang w:val="pl-PL"/>
        </w:rPr>
        <w:t>Gorzałków</w:t>
      </w:r>
      <w:proofErr w:type="spellEnd"/>
      <w:r w:rsidR="00A70A82" w:rsidRPr="00A70A82">
        <w:rPr>
          <w:rFonts w:eastAsia="Arial"/>
          <w:bCs/>
          <w:lang w:val="pl-PL"/>
        </w:rPr>
        <w:t>).</w:t>
      </w: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7513"/>
      </w:tblGrid>
      <w:tr w:rsidR="00464ED6" w:rsidRPr="00464ED6" w14:paraId="0FE92E19" w14:textId="77777777" w:rsidTr="007838C0">
        <w:trPr>
          <w:jc w:val="center"/>
        </w:trPr>
        <w:tc>
          <w:tcPr>
            <w:tcW w:w="2547" w:type="dxa"/>
          </w:tcPr>
          <w:p w14:paraId="1AE7D051" w14:textId="77777777" w:rsidR="00464ED6" w:rsidRPr="00464ED6" w:rsidRDefault="00464ED6" w:rsidP="00464ED6">
            <w:pPr>
              <w:spacing w:after="60" w:line="240" w:lineRule="auto"/>
            </w:pPr>
            <w:proofErr w:type="spellStart"/>
            <w:r w:rsidRPr="00464ED6">
              <w:rPr>
                <w:b/>
              </w:rPr>
              <w:t>Proponowana</w:t>
            </w:r>
            <w:proofErr w:type="spellEnd"/>
            <w:r w:rsidRPr="00464ED6">
              <w:rPr>
                <w:b/>
              </w:rPr>
              <w:t xml:space="preserve"> </w:t>
            </w:r>
            <w:proofErr w:type="spellStart"/>
            <w:r w:rsidRPr="00464ED6">
              <w:rPr>
                <w:b/>
              </w:rPr>
              <w:t>nazwa</w:t>
            </w:r>
            <w:proofErr w:type="spellEnd"/>
          </w:p>
        </w:tc>
        <w:tc>
          <w:tcPr>
            <w:tcW w:w="7513" w:type="dxa"/>
            <w:shd w:val="clear" w:color="auto" w:fill="FFF2CC"/>
          </w:tcPr>
          <w:p w14:paraId="4A2F694D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</w:p>
          <w:p w14:paraId="17E77974" w14:textId="77777777" w:rsidR="00464ED6" w:rsidRPr="00464ED6" w:rsidRDefault="00464ED6" w:rsidP="00464ED6">
            <w:pPr>
              <w:spacing w:after="60" w:line="240" w:lineRule="auto"/>
            </w:pPr>
          </w:p>
          <w:p w14:paraId="262B1FBF" w14:textId="77777777" w:rsidR="00464ED6" w:rsidRPr="00464ED6" w:rsidRDefault="00464ED6" w:rsidP="00464ED6">
            <w:pPr>
              <w:spacing w:after="60" w:line="240" w:lineRule="auto"/>
            </w:pPr>
          </w:p>
          <w:p w14:paraId="5F6DBC99" w14:textId="77777777" w:rsidR="00464ED6" w:rsidRPr="00464ED6" w:rsidRDefault="00464ED6" w:rsidP="00464ED6">
            <w:pPr>
              <w:spacing w:after="60" w:line="240" w:lineRule="auto"/>
            </w:pPr>
          </w:p>
        </w:tc>
      </w:tr>
      <w:tr w:rsidR="00464ED6" w:rsidRPr="00464ED6" w14:paraId="7733B6E8" w14:textId="77777777" w:rsidTr="007838C0">
        <w:trPr>
          <w:jc w:val="center"/>
        </w:trPr>
        <w:tc>
          <w:tcPr>
            <w:tcW w:w="2547" w:type="dxa"/>
          </w:tcPr>
          <w:p w14:paraId="7F9A39DD" w14:textId="77777777" w:rsidR="00464ED6" w:rsidRPr="00464ED6" w:rsidRDefault="00464ED6" w:rsidP="00464ED6">
            <w:pPr>
              <w:spacing w:after="60" w:line="240" w:lineRule="auto"/>
              <w:rPr>
                <w:b/>
              </w:rPr>
            </w:pPr>
            <w:proofErr w:type="spellStart"/>
            <w:r w:rsidRPr="00464ED6">
              <w:rPr>
                <w:b/>
              </w:rPr>
              <w:t>Uzasadnienie</w:t>
            </w:r>
            <w:proofErr w:type="spellEnd"/>
          </w:p>
          <w:p w14:paraId="5AAAC9BF" w14:textId="77777777" w:rsidR="00464ED6" w:rsidRPr="00464ED6" w:rsidRDefault="00464ED6" w:rsidP="00464ED6">
            <w:pPr>
              <w:spacing w:after="60" w:line="240" w:lineRule="auto"/>
            </w:pPr>
          </w:p>
        </w:tc>
        <w:tc>
          <w:tcPr>
            <w:tcW w:w="7513" w:type="dxa"/>
            <w:shd w:val="clear" w:color="auto" w:fill="FFF2CC"/>
          </w:tcPr>
          <w:p w14:paraId="650A84F8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  <w:r w:rsidRPr="00464ED6">
              <w:br/>
            </w:r>
            <w:r w:rsidRPr="00464ED6">
              <w:br/>
            </w:r>
          </w:p>
          <w:p w14:paraId="5F9BFD1A" w14:textId="77777777" w:rsidR="00464ED6" w:rsidRPr="00464ED6" w:rsidRDefault="00464ED6" w:rsidP="00464ED6">
            <w:pPr>
              <w:spacing w:after="60" w:line="240" w:lineRule="auto"/>
            </w:pPr>
          </w:p>
          <w:p w14:paraId="7E49B492" w14:textId="77777777" w:rsidR="00464ED6" w:rsidRPr="00464ED6" w:rsidRDefault="00464ED6" w:rsidP="00464ED6">
            <w:pPr>
              <w:spacing w:after="60" w:line="240" w:lineRule="auto"/>
            </w:pPr>
          </w:p>
          <w:p w14:paraId="6CA134FB" w14:textId="77777777" w:rsidR="00464ED6" w:rsidRPr="00464ED6" w:rsidRDefault="00464ED6" w:rsidP="00464ED6">
            <w:pPr>
              <w:spacing w:after="60" w:line="240" w:lineRule="auto"/>
            </w:pPr>
          </w:p>
          <w:p w14:paraId="7F7A6968" w14:textId="77777777" w:rsidR="00464ED6" w:rsidRPr="00464ED6" w:rsidRDefault="00464ED6" w:rsidP="00464ED6">
            <w:pPr>
              <w:spacing w:after="60" w:line="240" w:lineRule="auto"/>
            </w:pPr>
          </w:p>
          <w:p w14:paraId="162AAE19" w14:textId="77777777" w:rsidR="00464ED6" w:rsidRPr="00464ED6" w:rsidRDefault="00464ED6" w:rsidP="00464ED6">
            <w:pPr>
              <w:spacing w:after="60" w:line="240" w:lineRule="auto"/>
            </w:pPr>
          </w:p>
          <w:p w14:paraId="7E65BD89" w14:textId="77777777" w:rsidR="00464ED6" w:rsidRPr="00464ED6" w:rsidRDefault="00464ED6" w:rsidP="00464ED6">
            <w:pPr>
              <w:spacing w:after="60" w:line="240" w:lineRule="auto"/>
            </w:pPr>
          </w:p>
          <w:p w14:paraId="20252369" w14:textId="77777777" w:rsidR="00464ED6" w:rsidRPr="00464ED6" w:rsidRDefault="00464ED6" w:rsidP="00464ED6">
            <w:pPr>
              <w:spacing w:after="60" w:line="240" w:lineRule="auto"/>
            </w:pPr>
          </w:p>
          <w:p w14:paraId="7354C775" w14:textId="77777777" w:rsidR="00464ED6" w:rsidRDefault="00464ED6" w:rsidP="00464ED6">
            <w:pPr>
              <w:spacing w:after="60" w:line="240" w:lineRule="auto"/>
            </w:pPr>
          </w:p>
          <w:p w14:paraId="4BCC49B0" w14:textId="77777777" w:rsidR="00461CCB" w:rsidRPr="00464ED6" w:rsidRDefault="00461CCB" w:rsidP="00464ED6">
            <w:pPr>
              <w:spacing w:after="60" w:line="240" w:lineRule="auto"/>
            </w:pPr>
          </w:p>
        </w:tc>
      </w:tr>
    </w:tbl>
    <w:p w14:paraId="3F32D81D" w14:textId="77777777" w:rsidR="00497395" w:rsidRDefault="00497395">
      <w:pPr>
        <w:spacing w:after="60" w:line="240" w:lineRule="auto"/>
      </w:pPr>
    </w:p>
    <w:p w14:paraId="4E8E9205" w14:textId="77777777" w:rsidR="00497395" w:rsidRDefault="00497395">
      <w:pPr>
        <w:spacing w:after="60" w:line="240" w:lineRule="auto"/>
      </w:pPr>
    </w:p>
    <w:p w14:paraId="4C8E46D0" w14:textId="77777777" w:rsidR="00464ED6" w:rsidRDefault="00464ED6">
      <w:pPr>
        <w:spacing w:before="160" w:after="60" w:line="240" w:lineRule="auto"/>
        <w:rPr>
          <w:rFonts w:eastAsia="Arial"/>
          <w:b/>
        </w:rPr>
      </w:pPr>
    </w:p>
    <w:p w14:paraId="3BD7FC40" w14:textId="77777777" w:rsidR="00464ED6" w:rsidRDefault="00464ED6">
      <w:pPr>
        <w:spacing w:before="160" w:after="60" w:line="240" w:lineRule="auto"/>
        <w:rPr>
          <w:rFonts w:eastAsia="Arial"/>
          <w:b/>
        </w:rPr>
      </w:pPr>
    </w:p>
    <w:p w14:paraId="7A5C6675" w14:textId="2327759E" w:rsidR="006B2F29" w:rsidRDefault="005C51E6">
      <w:pPr>
        <w:spacing w:before="160" w:after="60" w:line="240" w:lineRule="auto"/>
      </w:pPr>
      <w:r>
        <w:rPr>
          <w:rFonts w:eastAsia="Arial"/>
          <w:b/>
        </w:rPr>
        <w:t>RONDO NR 4</w:t>
      </w:r>
    </w:p>
    <w:p w14:paraId="29C7E8D6" w14:textId="7A4B2571" w:rsidR="006B2F29" w:rsidRDefault="00464ED6">
      <w:pPr>
        <w:spacing w:after="60" w:line="240" w:lineRule="auto"/>
      </w:pPr>
      <w:r w:rsidRPr="00A70A82">
        <w:rPr>
          <w:rFonts w:eastAsia="Arial"/>
          <w:b/>
          <w:lang w:val="pl-PL"/>
        </w:rPr>
        <w:t>LOKALIZACJA</w:t>
      </w:r>
      <w:r w:rsidR="005C51E6" w:rsidRPr="00A70A82">
        <w:rPr>
          <w:rFonts w:eastAsia="Arial"/>
          <w:b/>
        </w:rPr>
        <w:t>:</w:t>
      </w:r>
      <w:r w:rsidR="005C51E6">
        <w:rPr>
          <w:rFonts w:eastAsia="Arial"/>
          <w:b/>
        </w:rPr>
        <w:t xml:space="preserve"> </w:t>
      </w:r>
      <w:r w:rsidR="00A70A82" w:rsidRPr="00A70A82">
        <w:rPr>
          <w:rFonts w:eastAsia="Arial"/>
          <w:bCs/>
          <w:lang w:val="pl-PL"/>
        </w:rPr>
        <w:t>na skrzyżowaniu ul. Ludwika Waryńskiego i ul. Mieszka I w Opocznie, przy Osiedlu Piastowskim.</w:t>
      </w: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7513"/>
      </w:tblGrid>
      <w:tr w:rsidR="00464ED6" w:rsidRPr="00464ED6" w14:paraId="789E1C42" w14:textId="77777777" w:rsidTr="007838C0">
        <w:trPr>
          <w:jc w:val="center"/>
        </w:trPr>
        <w:tc>
          <w:tcPr>
            <w:tcW w:w="2547" w:type="dxa"/>
          </w:tcPr>
          <w:p w14:paraId="63C09279" w14:textId="77777777" w:rsidR="00464ED6" w:rsidRPr="00464ED6" w:rsidRDefault="00464ED6" w:rsidP="00464ED6">
            <w:pPr>
              <w:spacing w:after="60" w:line="240" w:lineRule="auto"/>
            </w:pPr>
            <w:proofErr w:type="spellStart"/>
            <w:r w:rsidRPr="00464ED6">
              <w:rPr>
                <w:b/>
              </w:rPr>
              <w:t>Proponowana</w:t>
            </w:r>
            <w:proofErr w:type="spellEnd"/>
            <w:r w:rsidRPr="00464ED6">
              <w:rPr>
                <w:b/>
              </w:rPr>
              <w:t xml:space="preserve"> </w:t>
            </w:r>
            <w:proofErr w:type="spellStart"/>
            <w:r w:rsidRPr="00464ED6">
              <w:rPr>
                <w:b/>
              </w:rPr>
              <w:t>nazwa</w:t>
            </w:r>
            <w:proofErr w:type="spellEnd"/>
          </w:p>
        </w:tc>
        <w:tc>
          <w:tcPr>
            <w:tcW w:w="7513" w:type="dxa"/>
            <w:shd w:val="clear" w:color="auto" w:fill="FFF2CC"/>
          </w:tcPr>
          <w:p w14:paraId="6DC02650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</w:p>
          <w:p w14:paraId="7F8ABCA6" w14:textId="77777777" w:rsidR="00464ED6" w:rsidRPr="00464ED6" w:rsidRDefault="00464ED6" w:rsidP="00464ED6">
            <w:pPr>
              <w:spacing w:after="60" w:line="240" w:lineRule="auto"/>
            </w:pPr>
          </w:p>
          <w:p w14:paraId="08743A99" w14:textId="77777777" w:rsidR="00464ED6" w:rsidRPr="00464ED6" w:rsidRDefault="00464ED6" w:rsidP="00464ED6">
            <w:pPr>
              <w:spacing w:after="60" w:line="240" w:lineRule="auto"/>
            </w:pPr>
          </w:p>
          <w:p w14:paraId="6DF8B0A8" w14:textId="77777777" w:rsidR="00464ED6" w:rsidRPr="00464ED6" w:rsidRDefault="00464ED6" w:rsidP="00464ED6">
            <w:pPr>
              <w:spacing w:after="60" w:line="240" w:lineRule="auto"/>
            </w:pPr>
          </w:p>
        </w:tc>
      </w:tr>
      <w:tr w:rsidR="00464ED6" w:rsidRPr="00464ED6" w14:paraId="686E4C5C" w14:textId="77777777" w:rsidTr="007838C0">
        <w:trPr>
          <w:jc w:val="center"/>
        </w:trPr>
        <w:tc>
          <w:tcPr>
            <w:tcW w:w="2547" w:type="dxa"/>
          </w:tcPr>
          <w:p w14:paraId="64AEFA4C" w14:textId="77777777" w:rsidR="00464ED6" w:rsidRPr="00464ED6" w:rsidRDefault="00464ED6" w:rsidP="00464ED6">
            <w:pPr>
              <w:spacing w:after="60" w:line="240" w:lineRule="auto"/>
              <w:rPr>
                <w:b/>
              </w:rPr>
            </w:pPr>
            <w:proofErr w:type="spellStart"/>
            <w:r w:rsidRPr="00464ED6">
              <w:rPr>
                <w:b/>
              </w:rPr>
              <w:t>Uzasadnienie</w:t>
            </w:r>
            <w:proofErr w:type="spellEnd"/>
          </w:p>
          <w:p w14:paraId="27C52C39" w14:textId="77777777" w:rsidR="00464ED6" w:rsidRPr="00464ED6" w:rsidRDefault="00464ED6" w:rsidP="00464ED6">
            <w:pPr>
              <w:spacing w:after="60" w:line="240" w:lineRule="auto"/>
            </w:pPr>
          </w:p>
        </w:tc>
        <w:tc>
          <w:tcPr>
            <w:tcW w:w="7513" w:type="dxa"/>
            <w:shd w:val="clear" w:color="auto" w:fill="FFF2CC"/>
          </w:tcPr>
          <w:p w14:paraId="523E4ECA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  <w:r w:rsidRPr="00464ED6">
              <w:br/>
            </w:r>
            <w:r w:rsidRPr="00464ED6">
              <w:br/>
            </w:r>
          </w:p>
          <w:p w14:paraId="3B616B2F" w14:textId="77777777" w:rsidR="00464ED6" w:rsidRPr="00464ED6" w:rsidRDefault="00464ED6" w:rsidP="00464ED6">
            <w:pPr>
              <w:spacing w:after="60" w:line="240" w:lineRule="auto"/>
            </w:pPr>
          </w:p>
          <w:p w14:paraId="2359AEB6" w14:textId="77777777" w:rsidR="00464ED6" w:rsidRPr="00464ED6" w:rsidRDefault="00464ED6" w:rsidP="00464ED6">
            <w:pPr>
              <w:spacing w:after="60" w:line="240" w:lineRule="auto"/>
            </w:pPr>
          </w:p>
          <w:p w14:paraId="42903E47" w14:textId="77777777" w:rsidR="00464ED6" w:rsidRPr="00464ED6" w:rsidRDefault="00464ED6" w:rsidP="00464ED6">
            <w:pPr>
              <w:spacing w:after="60" w:line="240" w:lineRule="auto"/>
            </w:pPr>
          </w:p>
          <w:p w14:paraId="32B2128B" w14:textId="77777777" w:rsidR="00464ED6" w:rsidRPr="00464ED6" w:rsidRDefault="00464ED6" w:rsidP="00464ED6">
            <w:pPr>
              <w:spacing w:after="60" w:line="240" w:lineRule="auto"/>
            </w:pPr>
          </w:p>
          <w:p w14:paraId="747E35C9" w14:textId="77777777" w:rsidR="00464ED6" w:rsidRPr="00464ED6" w:rsidRDefault="00464ED6" w:rsidP="00464ED6">
            <w:pPr>
              <w:spacing w:after="60" w:line="240" w:lineRule="auto"/>
            </w:pPr>
          </w:p>
          <w:p w14:paraId="28E25150" w14:textId="77777777" w:rsidR="00464ED6" w:rsidRPr="00464ED6" w:rsidRDefault="00464ED6" w:rsidP="00464ED6">
            <w:pPr>
              <w:spacing w:after="60" w:line="240" w:lineRule="auto"/>
            </w:pPr>
          </w:p>
          <w:p w14:paraId="0D56361E" w14:textId="77777777" w:rsidR="00464ED6" w:rsidRPr="00464ED6" w:rsidRDefault="00464ED6" w:rsidP="00464ED6">
            <w:pPr>
              <w:spacing w:after="60" w:line="240" w:lineRule="auto"/>
            </w:pPr>
          </w:p>
          <w:p w14:paraId="3F66DE63" w14:textId="77777777" w:rsidR="00464ED6" w:rsidRPr="00464ED6" w:rsidRDefault="00464ED6" w:rsidP="00464ED6">
            <w:pPr>
              <w:spacing w:after="60" w:line="240" w:lineRule="auto"/>
            </w:pPr>
          </w:p>
        </w:tc>
      </w:tr>
    </w:tbl>
    <w:p w14:paraId="36FCC2DB" w14:textId="77777777" w:rsidR="00464ED6" w:rsidRDefault="00464ED6" w:rsidP="0052070D">
      <w:pPr>
        <w:spacing w:after="60" w:line="240" w:lineRule="auto"/>
        <w:rPr>
          <w:rFonts w:eastAsia="Arial"/>
          <w:b/>
        </w:rPr>
      </w:pPr>
    </w:p>
    <w:p w14:paraId="471FB319" w14:textId="77777777" w:rsidR="00464ED6" w:rsidRDefault="00464ED6" w:rsidP="0052070D">
      <w:pPr>
        <w:spacing w:after="60" w:line="240" w:lineRule="auto"/>
        <w:rPr>
          <w:rFonts w:eastAsia="Arial"/>
          <w:b/>
        </w:rPr>
      </w:pPr>
    </w:p>
    <w:p w14:paraId="207FB938" w14:textId="19CC2121" w:rsidR="006B2F29" w:rsidRPr="00A70A82" w:rsidRDefault="005C51E6" w:rsidP="0052070D">
      <w:pPr>
        <w:spacing w:after="60" w:line="240" w:lineRule="auto"/>
      </w:pPr>
      <w:r w:rsidRPr="00A70A82">
        <w:rPr>
          <w:rFonts w:eastAsia="Arial"/>
          <w:b/>
        </w:rPr>
        <w:t>RONDO NR 5</w:t>
      </w:r>
    </w:p>
    <w:p w14:paraId="69A15FE0" w14:textId="5A9C038A" w:rsidR="006B2F29" w:rsidRDefault="00464ED6">
      <w:pPr>
        <w:spacing w:after="60" w:line="240" w:lineRule="auto"/>
      </w:pPr>
      <w:r w:rsidRPr="00A70A82">
        <w:rPr>
          <w:rFonts w:eastAsia="Arial"/>
          <w:b/>
          <w:lang w:val="pl-PL"/>
        </w:rPr>
        <w:t>LOKALIZACJA</w:t>
      </w:r>
      <w:r w:rsidR="005C51E6" w:rsidRPr="00A70A82">
        <w:rPr>
          <w:rFonts w:eastAsia="Arial"/>
          <w:b/>
        </w:rPr>
        <w:t xml:space="preserve">: </w:t>
      </w:r>
      <w:proofErr w:type="spellStart"/>
      <w:r w:rsidR="00A70A82" w:rsidRPr="00A70A82">
        <w:t>przy</w:t>
      </w:r>
      <w:proofErr w:type="spellEnd"/>
      <w:r w:rsidR="00A70A82" w:rsidRPr="00A70A82">
        <w:t xml:space="preserve"> </w:t>
      </w:r>
      <w:proofErr w:type="spellStart"/>
      <w:r w:rsidR="00A70A82" w:rsidRPr="00A70A82">
        <w:t>Obwodnicy</w:t>
      </w:r>
      <w:proofErr w:type="spellEnd"/>
      <w:r w:rsidR="00A70A82" w:rsidRPr="00A70A82">
        <w:t xml:space="preserve"> </w:t>
      </w:r>
      <w:proofErr w:type="spellStart"/>
      <w:r w:rsidR="00A70A82" w:rsidRPr="00A70A82">
        <w:t>Opoczna</w:t>
      </w:r>
      <w:proofErr w:type="spellEnd"/>
      <w:r w:rsidR="00A70A82" w:rsidRPr="00A70A82">
        <w:t xml:space="preserve"> </w:t>
      </w:r>
      <w:proofErr w:type="spellStart"/>
      <w:r w:rsidR="00A70A82" w:rsidRPr="00A70A82">
        <w:t>im</w:t>
      </w:r>
      <w:proofErr w:type="spellEnd"/>
      <w:r w:rsidR="00A70A82" w:rsidRPr="00A70A82">
        <w:t xml:space="preserve">. Czesława </w:t>
      </w:r>
      <w:proofErr w:type="spellStart"/>
      <w:r w:rsidR="00A70A82" w:rsidRPr="00A70A82">
        <w:t>Pawlaczka</w:t>
      </w:r>
      <w:proofErr w:type="spellEnd"/>
      <w:r w:rsidR="00A70A82" w:rsidRPr="00A70A82">
        <w:t xml:space="preserve">, z ul. Oskara </w:t>
      </w:r>
      <w:proofErr w:type="spellStart"/>
      <w:r w:rsidR="00A70A82" w:rsidRPr="00A70A82">
        <w:t>Kolberga</w:t>
      </w:r>
      <w:proofErr w:type="spellEnd"/>
      <w:r w:rsidR="00A70A82" w:rsidRPr="00A70A82">
        <w:t xml:space="preserve"> – rondo od </w:t>
      </w:r>
      <w:proofErr w:type="spellStart"/>
      <w:r w:rsidR="00A70A82" w:rsidRPr="00A70A82">
        <w:t>strony</w:t>
      </w:r>
      <w:proofErr w:type="spellEnd"/>
      <w:r w:rsidR="00A70A82" w:rsidRPr="00A70A82">
        <w:t xml:space="preserve"> centrum </w:t>
      </w:r>
      <w:proofErr w:type="spellStart"/>
      <w:r w:rsidR="00A70A82" w:rsidRPr="00A70A82">
        <w:t>Opoczna</w:t>
      </w:r>
      <w:proofErr w:type="spellEnd"/>
      <w:r w:rsidR="00A70A82">
        <w:t>.</w:t>
      </w: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7513"/>
      </w:tblGrid>
      <w:tr w:rsidR="00464ED6" w:rsidRPr="00464ED6" w14:paraId="7BFC0670" w14:textId="77777777" w:rsidTr="007838C0">
        <w:trPr>
          <w:jc w:val="center"/>
        </w:trPr>
        <w:tc>
          <w:tcPr>
            <w:tcW w:w="2547" w:type="dxa"/>
          </w:tcPr>
          <w:p w14:paraId="370669BD" w14:textId="77777777" w:rsidR="00464ED6" w:rsidRPr="00464ED6" w:rsidRDefault="00464ED6" w:rsidP="00464ED6">
            <w:pPr>
              <w:spacing w:after="60" w:line="240" w:lineRule="auto"/>
            </w:pPr>
            <w:proofErr w:type="spellStart"/>
            <w:r w:rsidRPr="00464ED6">
              <w:rPr>
                <w:b/>
              </w:rPr>
              <w:t>Proponowana</w:t>
            </w:r>
            <w:proofErr w:type="spellEnd"/>
            <w:r w:rsidRPr="00464ED6">
              <w:rPr>
                <w:b/>
              </w:rPr>
              <w:t xml:space="preserve"> </w:t>
            </w:r>
            <w:proofErr w:type="spellStart"/>
            <w:r w:rsidRPr="00464ED6">
              <w:rPr>
                <w:b/>
              </w:rPr>
              <w:t>nazwa</w:t>
            </w:r>
            <w:proofErr w:type="spellEnd"/>
          </w:p>
        </w:tc>
        <w:tc>
          <w:tcPr>
            <w:tcW w:w="7513" w:type="dxa"/>
            <w:shd w:val="clear" w:color="auto" w:fill="FFF2CC"/>
          </w:tcPr>
          <w:p w14:paraId="0C134836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</w:p>
          <w:p w14:paraId="5AC5FD35" w14:textId="77777777" w:rsidR="00464ED6" w:rsidRPr="00464ED6" w:rsidRDefault="00464ED6" w:rsidP="00464ED6">
            <w:pPr>
              <w:spacing w:after="60" w:line="240" w:lineRule="auto"/>
            </w:pPr>
          </w:p>
          <w:p w14:paraId="788FBFEE" w14:textId="77777777" w:rsidR="00464ED6" w:rsidRPr="00464ED6" w:rsidRDefault="00464ED6" w:rsidP="00464ED6">
            <w:pPr>
              <w:spacing w:after="60" w:line="240" w:lineRule="auto"/>
            </w:pPr>
          </w:p>
          <w:p w14:paraId="3DC2F9F5" w14:textId="77777777" w:rsidR="00464ED6" w:rsidRPr="00464ED6" w:rsidRDefault="00464ED6" w:rsidP="00464ED6">
            <w:pPr>
              <w:spacing w:after="60" w:line="240" w:lineRule="auto"/>
            </w:pPr>
          </w:p>
        </w:tc>
      </w:tr>
      <w:tr w:rsidR="00464ED6" w:rsidRPr="00464ED6" w14:paraId="3991B257" w14:textId="77777777" w:rsidTr="007838C0">
        <w:trPr>
          <w:jc w:val="center"/>
        </w:trPr>
        <w:tc>
          <w:tcPr>
            <w:tcW w:w="2547" w:type="dxa"/>
          </w:tcPr>
          <w:p w14:paraId="0E90001C" w14:textId="77777777" w:rsidR="00464ED6" w:rsidRPr="00464ED6" w:rsidRDefault="00464ED6" w:rsidP="00464ED6">
            <w:pPr>
              <w:spacing w:after="60" w:line="240" w:lineRule="auto"/>
              <w:rPr>
                <w:b/>
              </w:rPr>
            </w:pPr>
            <w:proofErr w:type="spellStart"/>
            <w:r w:rsidRPr="00464ED6">
              <w:rPr>
                <w:b/>
              </w:rPr>
              <w:t>Uzasadnienie</w:t>
            </w:r>
            <w:proofErr w:type="spellEnd"/>
          </w:p>
          <w:p w14:paraId="4560EABE" w14:textId="77777777" w:rsidR="00464ED6" w:rsidRPr="00464ED6" w:rsidRDefault="00464ED6" w:rsidP="00464ED6">
            <w:pPr>
              <w:spacing w:after="60" w:line="240" w:lineRule="auto"/>
            </w:pPr>
          </w:p>
        </w:tc>
        <w:tc>
          <w:tcPr>
            <w:tcW w:w="7513" w:type="dxa"/>
            <w:shd w:val="clear" w:color="auto" w:fill="FFF2CC"/>
          </w:tcPr>
          <w:p w14:paraId="321A5A2F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  <w:r w:rsidRPr="00464ED6">
              <w:br/>
            </w:r>
            <w:r w:rsidRPr="00464ED6">
              <w:br/>
            </w:r>
          </w:p>
          <w:p w14:paraId="38028AC7" w14:textId="77777777" w:rsidR="00464ED6" w:rsidRPr="00464ED6" w:rsidRDefault="00464ED6" w:rsidP="00464ED6">
            <w:pPr>
              <w:spacing w:after="60" w:line="240" w:lineRule="auto"/>
            </w:pPr>
          </w:p>
          <w:p w14:paraId="5492B5A1" w14:textId="77777777" w:rsidR="00464ED6" w:rsidRPr="00464ED6" w:rsidRDefault="00464ED6" w:rsidP="00464ED6">
            <w:pPr>
              <w:spacing w:after="60" w:line="240" w:lineRule="auto"/>
            </w:pPr>
          </w:p>
          <w:p w14:paraId="1B4ECA51" w14:textId="77777777" w:rsidR="00464ED6" w:rsidRPr="00464ED6" w:rsidRDefault="00464ED6" w:rsidP="00464ED6">
            <w:pPr>
              <w:spacing w:after="60" w:line="240" w:lineRule="auto"/>
            </w:pPr>
          </w:p>
          <w:p w14:paraId="38B43D53" w14:textId="77777777" w:rsidR="00464ED6" w:rsidRPr="00464ED6" w:rsidRDefault="00464ED6" w:rsidP="00464ED6">
            <w:pPr>
              <w:spacing w:after="60" w:line="240" w:lineRule="auto"/>
            </w:pPr>
          </w:p>
          <w:p w14:paraId="75A15FF5" w14:textId="77777777" w:rsidR="00464ED6" w:rsidRPr="00464ED6" w:rsidRDefault="00464ED6" w:rsidP="00464ED6">
            <w:pPr>
              <w:spacing w:after="60" w:line="240" w:lineRule="auto"/>
            </w:pPr>
          </w:p>
          <w:p w14:paraId="4AEB2CCB" w14:textId="77777777" w:rsidR="00464ED6" w:rsidRPr="00464ED6" w:rsidRDefault="00464ED6" w:rsidP="00464ED6">
            <w:pPr>
              <w:spacing w:after="60" w:line="240" w:lineRule="auto"/>
            </w:pPr>
          </w:p>
          <w:p w14:paraId="3B224C13" w14:textId="77777777" w:rsidR="00464ED6" w:rsidRPr="00464ED6" w:rsidRDefault="00464ED6" w:rsidP="00464ED6">
            <w:pPr>
              <w:spacing w:after="60" w:line="240" w:lineRule="auto"/>
            </w:pPr>
          </w:p>
          <w:p w14:paraId="2DCD570F" w14:textId="77777777" w:rsidR="00464ED6" w:rsidRPr="00464ED6" w:rsidRDefault="00464ED6" w:rsidP="00464ED6">
            <w:pPr>
              <w:spacing w:after="60" w:line="240" w:lineRule="auto"/>
            </w:pPr>
          </w:p>
        </w:tc>
      </w:tr>
    </w:tbl>
    <w:p w14:paraId="32C1271E" w14:textId="77777777" w:rsidR="00464ED6" w:rsidRDefault="00464ED6">
      <w:pPr>
        <w:spacing w:after="60" w:line="240" w:lineRule="auto"/>
      </w:pPr>
    </w:p>
    <w:p w14:paraId="66E799B6" w14:textId="77777777" w:rsidR="00464ED6" w:rsidRDefault="00464ED6">
      <w:pPr>
        <w:spacing w:before="160" w:after="60" w:line="240" w:lineRule="auto"/>
        <w:rPr>
          <w:rFonts w:eastAsia="Arial"/>
          <w:b/>
        </w:rPr>
      </w:pPr>
    </w:p>
    <w:p w14:paraId="5F7DD1DC" w14:textId="77777777" w:rsidR="00464ED6" w:rsidRDefault="00464ED6">
      <w:pPr>
        <w:spacing w:before="160" w:after="60" w:line="240" w:lineRule="auto"/>
        <w:rPr>
          <w:rFonts w:eastAsia="Arial"/>
          <w:b/>
        </w:rPr>
      </w:pPr>
    </w:p>
    <w:p w14:paraId="6EE7F9C0" w14:textId="5E00CB22" w:rsidR="006B2F29" w:rsidRDefault="005C51E6">
      <w:pPr>
        <w:spacing w:before="160" w:after="60" w:line="240" w:lineRule="auto"/>
      </w:pPr>
      <w:r>
        <w:rPr>
          <w:rFonts w:eastAsia="Arial"/>
          <w:b/>
        </w:rPr>
        <w:t>RONDO NR 6</w:t>
      </w:r>
    </w:p>
    <w:p w14:paraId="546531BC" w14:textId="4F1C4CF7" w:rsidR="006B2F29" w:rsidRPr="00A70A82" w:rsidRDefault="00464ED6" w:rsidP="00A70A82">
      <w:pPr>
        <w:spacing w:before="120" w:line="240" w:lineRule="auto"/>
        <w:ind w:left="340" w:hanging="340"/>
        <w:jc w:val="both"/>
        <w:rPr>
          <w:lang w:val="pl-PL"/>
        </w:rPr>
      </w:pPr>
      <w:r w:rsidRPr="00A70A82">
        <w:rPr>
          <w:rFonts w:eastAsia="Arial"/>
          <w:b/>
          <w:lang w:val="pl-PL"/>
        </w:rPr>
        <w:t>LOKALIZACJA</w:t>
      </w:r>
      <w:r w:rsidR="005C51E6" w:rsidRPr="00A70A82">
        <w:rPr>
          <w:rFonts w:eastAsia="Arial"/>
          <w:b/>
        </w:rPr>
        <w:t xml:space="preserve">: </w:t>
      </w:r>
      <w:proofErr w:type="spellStart"/>
      <w:r w:rsidR="00A70A82" w:rsidRPr="00A70A82">
        <w:t>przy</w:t>
      </w:r>
      <w:proofErr w:type="spellEnd"/>
      <w:r w:rsidR="00A70A82" w:rsidRPr="00A70A82">
        <w:t xml:space="preserve"> </w:t>
      </w:r>
      <w:proofErr w:type="spellStart"/>
      <w:r w:rsidR="00A70A82" w:rsidRPr="00A70A82">
        <w:t>Obwodnicy</w:t>
      </w:r>
      <w:proofErr w:type="spellEnd"/>
      <w:r w:rsidR="00A70A82" w:rsidRPr="00A70A82">
        <w:t xml:space="preserve"> </w:t>
      </w:r>
      <w:proofErr w:type="spellStart"/>
      <w:r w:rsidR="00A70A82" w:rsidRPr="00A70A82">
        <w:t>Opoczna</w:t>
      </w:r>
      <w:proofErr w:type="spellEnd"/>
      <w:r w:rsidR="00A70A82" w:rsidRPr="00A70A82">
        <w:t xml:space="preserve"> </w:t>
      </w:r>
      <w:proofErr w:type="spellStart"/>
      <w:r w:rsidR="00A70A82" w:rsidRPr="00A70A82">
        <w:t>im</w:t>
      </w:r>
      <w:proofErr w:type="spellEnd"/>
      <w:r w:rsidR="00A70A82" w:rsidRPr="00A70A82">
        <w:t xml:space="preserve">. Czesława </w:t>
      </w:r>
      <w:proofErr w:type="spellStart"/>
      <w:r w:rsidR="00A70A82" w:rsidRPr="00A70A82">
        <w:t>Pawlaczka</w:t>
      </w:r>
      <w:proofErr w:type="spellEnd"/>
      <w:r w:rsidR="00A70A82" w:rsidRPr="00A70A82">
        <w:t xml:space="preserve">, </w:t>
      </w:r>
      <w:proofErr w:type="spellStart"/>
      <w:r w:rsidR="00A70A82" w:rsidRPr="00A70A82">
        <w:t>na</w:t>
      </w:r>
      <w:proofErr w:type="spellEnd"/>
      <w:r w:rsidR="00A70A82" w:rsidRPr="00A70A82">
        <w:t xml:space="preserve"> </w:t>
      </w:r>
      <w:proofErr w:type="spellStart"/>
      <w:r w:rsidR="00A70A82" w:rsidRPr="00A70A82">
        <w:t>zjeździe</w:t>
      </w:r>
      <w:proofErr w:type="spellEnd"/>
      <w:r w:rsidR="00A70A82" w:rsidRPr="00A70A82">
        <w:t xml:space="preserve"> w </w:t>
      </w:r>
      <w:proofErr w:type="spellStart"/>
      <w:r w:rsidR="00A70A82" w:rsidRPr="00A70A82">
        <w:t>kierunku</w:t>
      </w:r>
      <w:proofErr w:type="spellEnd"/>
      <w:r w:rsidR="00A70A82" w:rsidRPr="00A70A82">
        <w:t xml:space="preserve"> Karwic. </w:t>
      </w: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7513"/>
      </w:tblGrid>
      <w:tr w:rsidR="00464ED6" w:rsidRPr="00464ED6" w14:paraId="0FF5A807" w14:textId="77777777" w:rsidTr="007838C0">
        <w:trPr>
          <w:jc w:val="center"/>
        </w:trPr>
        <w:tc>
          <w:tcPr>
            <w:tcW w:w="2547" w:type="dxa"/>
          </w:tcPr>
          <w:p w14:paraId="26E27D05" w14:textId="77777777" w:rsidR="00464ED6" w:rsidRPr="00464ED6" w:rsidRDefault="00464ED6" w:rsidP="00464ED6">
            <w:pPr>
              <w:spacing w:after="60" w:line="240" w:lineRule="auto"/>
            </w:pPr>
            <w:proofErr w:type="spellStart"/>
            <w:r w:rsidRPr="00464ED6">
              <w:rPr>
                <w:b/>
              </w:rPr>
              <w:t>Proponowana</w:t>
            </w:r>
            <w:proofErr w:type="spellEnd"/>
            <w:r w:rsidRPr="00464ED6">
              <w:rPr>
                <w:b/>
              </w:rPr>
              <w:t xml:space="preserve"> </w:t>
            </w:r>
            <w:proofErr w:type="spellStart"/>
            <w:r w:rsidRPr="00464ED6">
              <w:rPr>
                <w:b/>
              </w:rPr>
              <w:t>nazwa</w:t>
            </w:r>
            <w:proofErr w:type="spellEnd"/>
          </w:p>
        </w:tc>
        <w:tc>
          <w:tcPr>
            <w:tcW w:w="7513" w:type="dxa"/>
            <w:shd w:val="clear" w:color="auto" w:fill="FFF2CC"/>
          </w:tcPr>
          <w:p w14:paraId="59E2F684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</w:p>
          <w:p w14:paraId="73180DA7" w14:textId="77777777" w:rsidR="00464ED6" w:rsidRPr="00464ED6" w:rsidRDefault="00464ED6" w:rsidP="00464ED6">
            <w:pPr>
              <w:spacing w:after="60" w:line="240" w:lineRule="auto"/>
            </w:pPr>
          </w:p>
          <w:p w14:paraId="7CD0A87D" w14:textId="77777777" w:rsidR="00464ED6" w:rsidRPr="00464ED6" w:rsidRDefault="00464ED6" w:rsidP="00464ED6">
            <w:pPr>
              <w:spacing w:after="60" w:line="240" w:lineRule="auto"/>
            </w:pPr>
          </w:p>
          <w:p w14:paraId="6BDCC81B" w14:textId="77777777" w:rsidR="00464ED6" w:rsidRPr="00464ED6" w:rsidRDefault="00464ED6" w:rsidP="00464ED6">
            <w:pPr>
              <w:spacing w:after="60" w:line="240" w:lineRule="auto"/>
            </w:pPr>
          </w:p>
        </w:tc>
      </w:tr>
      <w:tr w:rsidR="00464ED6" w:rsidRPr="00464ED6" w14:paraId="2A91D878" w14:textId="77777777" w:rsidTr="007838C0">
        <w:trPr>
          <w:jc w:val="center"/>
        </w:trPr>
        <w:tc>
          <w:tcPr>
            <w:tcW w:w="2547" w:type="dxa"/>
          </w:tcPr>
          <w:p w14:paraId="5E3BBD87" w14:textId="77777777" w:rsidR="00464ED6" w:rsidRPr="00464ED6" w:rsidRDefault="00464ED6" w:rsidP="00464ED6">
            <w:pPr>
              <w:spacing w:after="60" w:line="240" w:lineRule="auto"/>
              <w:rPr>
                <w:b/>
              </w:rPr>
            </w:pPr>
            <w:proofErr w:type="spellStart"/>
            <w:r w:rsidRPr="00464ED6">
              <w:rPr>
                <w:b/>
              </w:rPr>
              <w:t>Uzasadnienie</w:t>
            </w:r>
            <w:proofErr w:type="spellEnd"/>
          </w:p>
          <w:p w14:paraId="34E2CB98" w14:textId="77777777" w:rsidR="00464ED6" w:rsidRPr="00464ED6" w:rsidRDefault="00464ED6" w:rsidP="00464ED6">
            <w:pPr>
              <w:spacing w:after="60" w:line="240" w:lineRule="auto"/>
            </w:pPr>
          </w:p>
        </w:tc>
        <w:tc>
          <w:tcPr>
            <w:tcW w:w="7513" w:type="dxa"/>
            <w:shd w:val="clear" w:color="auto" w:fill="FFF2CC"/>
          </w:tcPr>
          <w:p w14:paraId="7BA9611A" w14:textId="77777777" w:rsidR="00464ED6" w:rsidRPr="00464ED6" w:rsidRDefault="00464ED6" w:rsidP="00464ED6">
            <w:pPr>
              <w:spacing w:after="60" w:line="240" w:lineRule="auto"/>
            </w:pPr>
            <w:r w:rsidRPr="00464ED6">
              <w:br/>
            </w:r>
            <w:r w:rsidRPr="00464ED6">
              <w:br/>
            </w:r>
            <w:r w:rsidRPr="00464ED6">
              <w:br/>
            </w:r>
          </w:p>
          <w:p w14:paraId="2BFF2F50" w14:textId="77777777" w:rsidR="00464ED6" w:rsidRPr="00464ED6" w:rsidRDefault="00464ED6" w:rsidP="00464ED6">
            <w:pPr>
              <w:spacing w:after="60" w:line="240" w:lineRule="auto"/>
            </w:pPr>
          </w:p>
          <w:p w14:paraId="77C6D61E" w14:textId="77777777" w:rsidR="00464ED6" w:rsidRPr="00464ED6" w:rsidRDefault="00464ED6" w:rsidP="00464ED6">
            <w:pPr>
              <w:spacing w:after="60" w:line="240" w:lineRule="auto"/>
            </w:pPr>
          </w:p>
          <w:p w14:paraId="221136BC" w14:textId="77777777" w:rsidR="00464ED6" w:rsidRPr="00464ED6" w:rsidRDefault="00464ED6" w:rsidP="00464ED6">
            <w:pPr>
              <w:spacing w:after="60" w:line="240" w:lineRule="auto"/>
            </w:pPr>
          </w:p>
          <w:p w14:paraId="096D8B43" w14:textId="77777777" w:rsidR="00464ED6" w:rsidRPr="00464ED6" w:rsidRDefault="00464ED6" w:rsidP="00464ED6">
            <w:pPr>
              <w:spacing w:after="60" w:line="240" w:lineRule="auto"/>
            </w:pPr>
          </w:p>
          <w:p w14:paraId="4A844F53" w14:textId="77777777" w:rsidR="00464ED6" w:rsidRPr="00464ED6" w:rsidRDefault="00464ED6" w:rsidP="00464ED6">
            <w:pPr>
              <w:spacing w:after="60" w:line="240" w:lineRule="auto"/>
            </w:pPr>
          </w:p>
          <w:p w14:paraId="50E3EFA7" w14:textId="77777777" w:rsidR="00464ED6" w:rsidRPr="00464ED6" w:rsidRDefault="00464ED6" w:rsidP="00464ED6">
            <w:pPr>
              <w:spacing w:after="60" w:line="240" w:lineRule="auto"/>
            </w:pPr>
          </w:p>
          <w:p w14:paraId="536DC4F7" w14:textId="77777777" w:rsidR="00464ED6" w:rsidRPr="00464ED6" w:rsidRDefault="00464ED6" w:rsidP="00464ED6">
            <w:pPr>
              <w:spacing w:after="60" w:line="240" w:lineRule="auto"/>
            </w:pPr>
          </w:p>
          <w:p w14:paraId="352A15C4" w14:textId="77777777" w:rsidR="00464ED6" w:rsidRPr="00464ED6" w:rsidRDefault="00464ED6" w:rsidP="00464ED6">
            <w:pPr>
              <w:spacing w:after="60" w:line="240" w:lineRule="auto"/>
            </w:pPr>
          </w:p>
        </w:tc>
      </w:tr>
    </w:tbl>
    <w:p w14:paraId="00E739E2" w14:textId="77777777" w:rsidR="006B2F29" w:rsidRDefault="006B2F29">
      <w:pPr>
        <w:spacing w:after="60" w:line="240" w:lineRule="auto"/>
      </w:pPr>
    </w:p>
    <w:p w14:paraId="41A44EBF" w14:textId="77777777" w:rsidR="006B2F29" w:rsidRDefault="005C51E6">
      <w:pPr>
        <w:spacing w:after="60" w:line="240" w:lineRule="auto"/>
      </w:pPr>
      <w:r>
        <w:rPr>
          <w:rFonts w:eastAsia="Arial"/>
          <w:b/>
        </w:rPr>
        <w:t>Sposób złożenia karty</w:t>
      </w:r>
    </w:p>
    <w:p w14:paraId="576DBF57" w14:textId="77777777" w:rsidR="006B2F29" w:rsidRDefault="005C51E6">
      <w:pPr>
        <w:spacing w:after="60" w:line="240" w:lineRule="auto"/>
        <w:jc w:val="both"/>
      </w:pPr>
      <w:r>
        <w:t>Wypełnioną i podpisaną kartę zgłoszeniową należy złożyć wyłącznie osobiście w Biurze Obsługi Interesanta Urzędu Miejskiego w Opocznie, ul. Staromiejska 6, 26-300 Opoczno, w godzinach pracy Urzędu, w terminie wskazanym w ogłoszeniu Burmistrza Opoczna dla etapu I konsultacji.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6B2F29" w14:paraId="06E87606" w14:textId="77777777">
        <w:trPr>
          <w:jc w:val="center"/>
        </w:trPr>
        <w:tc>
          <w:tcPr>
            <w:tcW w:w="4703" w:type="dxa"/>
          </w:tcPr>
          <w:p w14:paraId="633FF4E1" w14:textId="77777777" w:rsidR="006C29D5" w:rsidRDefault="005C51E6">
            <w:pPr>
              <w:jc w:val="center"/>
              <w:rPr>
                <w:rFonts w:eastAsia="Arial"/>
                <w:sz w:val="18"/>
              </w:rPr>
            </w:pPr>
            <w:r>
              <w:rPr>
                <w:rFonts w:eastAsia="Arial"/>
                <w:sz w:val="18"/>
              </w:rPr>
              <w:br/>
            </w:r>
          </w:p>
          <w:p w14:paraId="4464D5EC" w14:textId="77777777" w:rsidR="006C29D5" w:rsidRDefault="006C29D5">
            <w:pPr>
              <w:jc w:val="center"/>
              <w:rPr>
                <w:rFonts w:eastAsia="Arial"/>
                <w:sz w:val="18"/>
              </w:rPr>
            </w:pPr>
          </w:p>
          <w:p w14:paraId="28525CA0" w14:textId="3BC66030" w:rsidR="006B2F29" w:rsidRDefault="005C51E6">
            <w:pPr>
              <w:jc w:val="center"/>
            </w:pPr>
            <w:r>
              <w:rPr>
                <w:rFonts w:eastAsia="Arial"/>
                <w:sz w:val="18"/>
              </w:rPr>
              <w:t>........................................................</w:t>
            </w:r>
            <w:r>
              <w:rPr>
                <w:rFonts w:eastAsia="Arial"/>
                <w:sz w:val="18"/>
              </w:rPr>
              <w:br/>
              <w:t>Data</w:t>
            </w:r>
          </w:p>
        </w:tc>
        <w:tc>
          <w:tcPr>
            <w:tcW w:w="4703" w:type="dxa"/>
          </w:tcPr>
          <w:p w14:paraId="1680AE56" w14:textId="77777777" w:rsidR="006C29D5" w:rsidRDefault="005C51E6">
            <w:pPr>
              <w:jc w:val="center"/>
              <w:rPr>
                <w:rFonts w:eastAsia="Arial"/>
                <w:sz w:val="18"/>
              </w:rPr>
            </w:pPr>
            <w:r>
              <w:rPr>
                <w:rFonts w:eastAsia="Arial"/>
                <w:sz w:val="18"/>
              </w:rPr>
              <w:br/>
            </w:r>
          </w:p>
          <w:p w14:paraId="3CEBC3E1" w14:textId="77777777" w:rsidR="006C29D5" w:rsidRDefault="006C29D5">
            <w:pPr>
              <w:jc w:val="center"/>
              <w:rPr>
                <w:rFonts w:eastAsia="Arial"/>
                <w:sz w:val="18"/>
              </w:rPr>
            </w:pPr>
          </w:p>
          <w:p w14:paraId="7AB82ECD" w14:textId="61ACCAC5" w:rsidR="006B2F29" w:rsidRDefault="005C51E6">
            <w:pPr>
              <w:jc w:val="center"/>
            </w:pPr>
            <w:r>
              <w:rPr>
                <w:rFonts w:eastAsia="Arial"/>
                <w:sz w:val="18"/>
              </w:rPr>
              <w:t>........................................................</w:t>
            </w:r>
            <w:r>
              <w:rPr>
                <w:rFonts w:eastAsia="Arial"/>
                <w:sz w:val="18"/>
              </w:rPr>
              <w:br/>
              <w:t>Podpis osoby składającej kartę</w:t>
            </w:r>
          </w:p>
        </w:tc>
      </w:tr>
    </w:tbl>
    <w:p w14:paraId="1F0467EC" w14:textId="77777777" w:rsidR="006B2F29" w:rsidRDefault="005C51E6">
      <w:pPr>
        <w:spacing w:after="60" w:line="240" w:lineRule="auto"/>
      </w:pPr>
      <w:r>
        <w:br w:type="page"/>
      </w:r>
    </w:p>
    <w:p w14:paraId="071394DE" w14:textId="77777777" w:rsidR="006B2F29" w:rsidRDefault="005C51E6">
      <w:pPr>
        <w:spacing w:after="60" w:line="240" w:lineRule="auto"/>
      </w:pPr>
      <w:r>
        <w:rPr>
          <w:b/>
          <w:sz w:val="18"/>
        </w:rPr>
        <w:lastRenderedPageBreak/>
        <w:t xml:space="preserve">Uwaga dotycząca treści uzasadnienia: </w:t>
      </w:r>
      <w:r>
        <w:rPr>
          <w:sz w:val="18"/>
        </w:rPr>
        <w:t>w uzasadnieniu propozycji nie należy podawać danych osobowych osób trzecich wykraczających poza informacje niezbędne do przedstawienia i uzasadnienia proponowanej nazwy.</w:t>
      </w:r>
    </w:p>
    <w:p w14:paraId="6E943891" w14:textId="77777777" w:rsidR="00505948" w:rsidRDefault="00505948">
      <w:pPr>
        <w:spacing w:before="160" w:after="60" w:line="240" w:lineRule="auto"/>
        <w:rPr>
          <w:b/>
        </w:rPr>
      </w:pPr>
    </w:p>
    <w:p w14:paraId="1542AABE" w14:textId="5D85BC43" w:rsidR="006B2F29" w:rsidRDefault="005C51E6" w:rsidP="00505948">
      <w:pPr>
        <w:spacing w:before="160" w:after="60" w:line="240" w:lineRule="auto"/>
        <w:jc w:val="both"/>
        <w:rPr>
          <w:b/>
        </w:rPr>
      </w:pPr>
      <w:r>
        <w:rPr>
          <w:b/>
        </w:rPr>
        <w:t>KLAUZULA INFORMACYJNA – ART. 13 RODO</w:t>
      </w:r>
    </w:p>
    <w:p w14:paraId="26E0AAE6" w14:textId="77777777" w:rsidR="00505948" w:rsidRDefault="00505948" w:rsidP="00505948">
      <w:pPr>
        <w:spacing w:before="160" w:after="60" w:line="240" w:lineRule="auto"/>
        <w:jc w:val="both"/>
      </w:pPr>
    </w:p>
    <w:p w14:paraId="399D074D" w14:textId="77777777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1. Administrator danych: </w:t>
      </w:r>
      <w:r>
        <w:rPr>
          <w:sz w:val="17"/>
        </w:rPr>
        <w:t>Administratorem Pani/Pana danych osobowych przetwarzanych przez Gminę Opoczno jest Burmistrz Opoczna z siedzibą w Urzędzie Miejskim w Opocznie, ul. Staromiejska 6, 26-300 Opoczno, tel. 44 786 01 00.</w:t>
      </w:r>
    </w:p>
    <w:p w14:paraId="582DEB5D" w14:textId="77777777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2. Inspektor Ochrony Danych: </w:t>
      </w:r>
      <w:r>
        <w:rPr>
          <w:sz w:val="17"/>
        </w:rPr>
        <w:t>Z Administratorem można skontaktować się za pośrednictwem Inspektora Ochrony Danych – Dariusza Badury, tel. 609 656 585, e-mail: iod@um.opoczno.pl.</w:t>
      </w:r>
    </w:p>
    <w:p w14:paraId="74AB392E" w14:textId="7BA20376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3. Cel i podstawa prawna przetwarzania: </w:t>
      </w:r>
      <w:r>
        <w:rPr>
          <w:sz w:val="17"/>
        </w:rPr>
        <w:t xml:space="preserve">Dane osobowe będą przetwarzane w celu przeprowadzenia konsultacji społecznych dotyczących nadania nazw sześciu rondom, w szczególności w celu przyjęcia i weryfikacji zgłoszenia, potwierdzenia uprawnienia do udziału w konsultacjach, opracowania wyników konsultacji oraz dalszego procedowania sprawy nadania nazw rondom. Podstawą prawną przetwarzania jest art. 6 ust. 1 lit. e RODO – przetwarzanie jest niezbędne do wykonania zadania realizowanego w interesie publicznym – w związku z art. 5a ust. 1 ustawy z dnia 8 marca 1990 r. o samorządzie gminnym oraz uchwałą Nr LXX/812/2024 Rady Miejskiej w Opocznie z dnia 27 marca 2024 r. w </w:t>
      </w:r>
      <w:proofErr w:type="spellStart"/>
      <w:r>
        <w:rPr>
          <w:sz w:val="17"/>
        </w:rPr>
        <w:t>sprawie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zasad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trybu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przeprowadzania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konsultacji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społecznych</w:t>
      </w:r>
      <w:proofErr w:type="spellEnd"/>
      <w:r>
        <w:rPr>
          <w:sz w:val="17"/>
        </w:rPr>
        <w:t xml:space="preserve"> </w:t>
      </w:r>
      <w:r w:rsidR="00505948">
        <w:rPr>
          <w:sz w:val="17"/>
        </w:rPr>
        <w:br/>
      </w:r>
      <w:r>
        <w:rPr>
          <w:sz w:val="17"/>
        </w:rPr>
        <w:t xml:space="preserve">z </w:t>
      </w:r>
      <w:proofErr w:type="spellStart"/>
      <w:r>
        <w:rPr>
          <w:sz w:val="17"/>
        </w:rPr>
        <w:t>mieszkańcami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Gminy</w:t>
      </w:r>
      <w:proofErr w:type="spellEnd"/>
      <w:r>
        <w:rPr>
          <w:sz w:val="17"/>
        </w:rPr>
        <w:t xml:space="preserve"> Opoczno. </w:t>
      </w:r>
    </w:p>
    <w:p w14:paraId="67BD9737" w14:textId="77777777" w:rsidR="006B2F29" w:rsidRDefault="005C51E6" w:rsidP="00505948">
      <w:pPr>
        <w:spacing w:after="60" w:line="240" w:lineRule="auto"/>
        <w:jc w:val="both"/>
      </w:pPr>
      <w:r>
        <w:rPr>
          <w:sz w:val="17"/>
        </w:rPr>
        <w:t>4. Odbiorcy danych: Dostęp do danych będą miały wyłącznie osoby upoważnione przez Administratora. Dane mogą być również udostępniane podmiotom świadczącym na rzecz Administratora usługi niezbędne do obsługi organizacyjnej i informatycznej konsultacji, na podstawie odpowiednich umów, a także podmiotom i organom uprawnionym do ich otrzymania na podstawie przepisów prawa.</w:t>
      </w:r>
    </w:p>
    <w:p w14:paraId="6F5EFC68" w14:textId="0B3828A6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5. Okres przechowywania danych: </w:t>
      </w:r>
      <w:r>
        <w:rPr>
          <w:sz w:val="17"/>
        </w:rPr>
        <w:t xml:space="preserve">Dane będą przechowywane przez okres niezbędny do przeprowadzenia i rozliczenia konsultacji, a następnie przez okres wynikający z obowiązujących w Urzędzie Miejskim w Opocznie </w:t>
      </w:r>
      <w:proofErr w:type="spellStart"/>
      <w:r>
        <w:rPr>
          <w:sz w:val="17"/>
        </w:rPr>
        <w:t>przepisów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kancelaryjno-archiwalnych</w:t>
      </w:r>
      <w:proofErr w:type="spellEnd"/>
      <w:r>
        <w:rPr>
          <w:sz w:val="17"/>
        </w:rPr>
        <w:t xml:space="preserve">, </w:t>
      </w:r>
      <w:proofErr w:type="spellStart"/>
      <w:r>
        <w:rPr>
          <w:sz w:val="17"/>
        </w:rPr>
        <w:t>jednolitego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rzeczowego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wykazu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akt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oraz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przepisów</w:t>
      </w:r>
      <w:proofErr w:type="spellEnd"/>
      <w:r>
        <w:rPr>
          <w:sz w:val="17"/>
        </w:rPr>
        <w:t xml:space="preserve"> o </w:t>
      </w:r>
      <w:proofErr w:type="spellStart"/>
      <w:r>
        <w:rPr>
          <w:sz w:val="17"/>
        </w:rPr>
        <w:t>narodowym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zasobie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archiwalnym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archiwach</w:t>
      </w:r>
      <w:proofErr w:type="spellEnd"/>
      <w:r>
        <w:rPr>
          <w:sz w:val="17"/>
        </w:rPr>
        <w:t>.</w:t>
      </w:r>
      <w:r w:rsidR="00782692">
        <w:rPr>
          <w:sz w:val="17"/>
        </w:rPr>
        <w:t xml:space="preserve"> Po </w:t>
      </w:r>
      <w:proofErr w:type="spellStart"/>
      <w:r w:rsidR="00782692">
        <w:rPr>
          <w:sz w:val="17"/>
        </w:rPr>
        <w:t>zakończeniu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konsultacji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dane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będą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przetwarzane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również</w:t>
      </w:r>
      <w:proofErr w:type="spellEnd"/>
      <w:r w:rsidR="00782692">
        <w:rPr>
          <w:sz w:val="17"/>
        </w:rPr>
        <w:t xml:space="preserve"> w </w:t>
      </w:r>
      <w:proofErr w:type="spellStart"/>
      <w:r w:rsidR="00782692">
        <w:rPr>
          <w:sz w:val="17"/>
        </w:rPr>
        <w:t>celu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wypełnienia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obowiązków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kancelaryjnych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i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archiwalnych</w:t>
      </w:r>
      <w:proofErr w:type="spellEnd"/>
      <w:r w:rsidR="00782692">
        <w:rPr>
          <w:sz w:val="17"/>
        </w:rPr>
        <w:t xml:space="preserve">, </w:t>
      </w:r>
      <w:proofErr w:type="spellStart"/>
      <w:r w:rsidR="00782692">
        <w:rPr>
          <w:sz w:val="17"/>
        </w:rPr>
        <w:t>na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podstawie</w:t>
      </w:r>
      <w:proofErr w:type="spellEnd"/>
      <w:r w:rsidR="00782692">
        <w:rPr>
          <w:sz w:val="17"/>
        </w:rPr>
        <w:t xml:space="preserve"> art. 6 </w:t>
      </w:r>
      <w:proofErr w:type="spellStart"/>
      <w:r w:rsidR="00782692">
        <w:rPr>
          <w:sz w:val="17"/>
        </w:rPr>
        <w:t>ust</w:t>
      </w:r>
      <w:proofErr w:type="spellEnd"/>
      <w:r w:rsidR="00782692">
        <w:rPr>
          <w:sz w:val="17"/>
        </w:rPr>
        <w:t xml:space="preserve">. 1 lit. c RODO </w:t>
      </w:r>
      <w:r w:rsidR="00300485">
        <w:rPr>
          <w:sz w:val="17"/>
        </w:rPr>
        <w:br/>
      </w:r>
      <w:r w:rsidR="00782692">
        <w:rPr>
          <w:sz w:val="17"/>
        </w:rPr>
        <w:t xml:space="preserve">w </w:t>
      </w:r>
      <w:proofErr w:type="spellStart"/>
      <w:r w:rsidR="00782692">
        <w:rPr>
          <w:sz w:val="17"/>
        </w:rPr>
        <w:t>związku</w:t>
      </w:r>
      <w:proofErr w:type="spellEnd"/>
      <w:r w:rsidR="00782692">
        <w:rPr>
          <w:sz w:val="17"/>
        </w:rPr>
        <w:t xml:space="preserve"> z </w:t>
      </w:r>
      <w:proofErr w:type="spellStart"/>
      <w:r w:rsidR="00782692">
        <w:rPr>
          <w:sz w:val="17"/>
        </w:rPr>
        <w:t>przepisami</w:t>
      </w:r>
      <w:proofErr w:type="spellEnd"/>
      <w:r w:rsidR="00782692">
        <w:rPr>
          <w:sz w:val="17"/>
        </w:rPr>
        <w:t xml:space="preserve"> o </w:t>
      </w:r>
      <w:proofErr w:type="spellStart"/>
      <w:r w:rsidR="00782692">
        <w:rPr>
          <w:sz w:val="17"/>
        </w:rPr>
        <w:t>narodowym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zasobie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archiwalnym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i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archiwach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oraz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przepisami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kancelaryjno-archiwalnymi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obowiązującymi</w:t>
      </w:r>
      <w:proofErr w:type="spellEnd"/>
      <w:r w:rsidR="00782692">
        <w:rPr>
          <w:sz w:val="17"/>
        </w:rPr>
        <w:t xml:space="preserve"> </w:t>
      </w:r>
      <w:proofErr w:type="spellStart"/>
      <w:r w:rsidR="00782692">
        <w:rPr>
          <w:sz w:val="17"/>
        </w:rPr>
        <w:t>Administratora</w:t>
      </w:r>
      <w:proofErr w:type="spellEnd"/>
      <w:r w:rsidR="00782692">
        <w:rPr>
          <w:sz w:val="17"/>
        </w:rPr>
        <w:t>.</w:t>
      </w:r>
    </w:p>
    <w:p w14:paraId="2A062369" w14:textId="77777777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6. Prawa osoby, której dane dotyczą: </w:t>
      </w:r>
      <w:r>
        <w:rPr>
          <w:sz w:val="17"/>
        </w:rPr>
        <w:t>Przysługuje Pani/Panu prawo dostępu do danych i otrzymania ich kopii, prawo do sprostowania danych, prawo do ograniczenia przetwarzania oraz – z przyczyn związanych z Pani/Pana szczególną sytuacją – prawo wniesienia sprzeciwu wobec przetwarzania opartego na art. 6 ust. 1 lit. e RODO. Prawo do usunięcia danych przysługuje wyłącznie w przypadkach określonych w RODO i nie ma zastosowania w zakresie, w jakim przetwarzanie jest niezbędne do wykonania zadania realizowanego w interesie publicznym lub do wywiązania się z obowiązku prawnego. Prawo do przenoszenia danych oraz prawo do cofnięcia zgody nie mają zastosowania do przetwarzania prowadzonego na wskazanej wyżej podstawie, ponieważ dane nie są przetwarzane na podstawie zgody.</w:t>
      </w:r>
    </w:p>
    <w:p w14:paraId="48892FE9" w14:textId="77777777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7. Prawo wniesienia skargi: </w:t>
      </w:r>
      <w:r>
        <w:rPr>
          <w:sz w:val="17"/>
        </w:rPr>
        <w:t>Jeżeli uzna Pani/Pan, że przetwarzanie danych osobowych narusza przepisy RODO, przysługuje Pani/Panu prawo wniesienia skargi do Prezesa Urzędu Ochrony Danych Osobowych.</w:t>
      </w:r>
    </w:p>
    <w:p w14:paraId="51FFE365" w14:textId="77777777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8. Dobrowolność podania danych: </w:t>
      </w:r>
      <w:r>
        <w:rPr>
          <w:sz w:val="17"/>
        </w:rPr>
        <w:t>Udział w konsultacjach jest dobrowolny. Podanie danych wskazanych w karcie zgłoszeniowej jest jednak niezbędne do uwzględnienia zgłoszenia w konsultacjach, ponieważ zgodnie z § 2 uchwały Nr LXX/812/2024 uprawnionymi do udziału w konsultacjach są mieszkańcy Gminy Opoczno. Niepodanie wymaganych danych uniemożliwi uwzględnienie zgłoszenia.</w:t>
      </w:r>
    </w:p>
    <w:p w14:paraId="60C38D27" w14:textId="77777777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9. Przekazywanie danych poza EOG: </w:t>
      </w:r>
      <w:r>
        <w:rPr>
          <w:sz w:val="17"/>
        </w:rPr>
        <w:t>Administrator nie planuje przekazywania danych osobowych do państw trzecich ani organizacji międzynarodowych.</w:t>
      </w:r>
    </w:p>
    <w:p w14:paraId="490B0DD9" w14:textId="77777777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10. Zautomatyzowane podejmowanie decyzji: </w:t>
      </w:r>
      <w:r>
        <w:rPr>
          <w:sz w:val="17"/>
        </w:rPr>
        <w:t>Dane osobowe nie będą wykorzystywane do zautomatyzowanego podejmowania decyzji, w tym profilowania.</w:t>
      </w:r>
    </w:p>
    <w:p w14:paraId="481F2143" w14:textId="30883D85" w:rsidR="006B2F29" w:rsidRDefault="005C51E6" w:rsidP="00505948">
      <w:pPr>
        <w:spacing w:after="60" w:line="240" w:lineRule="auto"/>
        <w:jc w:val="both"/>
      </w:pPr>
      <w:r>
        <w:rPr>
          <w:b/>
          <w:sz w:val="17"/>
        </w:rPr>
        <w:t xml:space="preserve">11. Publikacja wyników: </w:t>
      </w:r>
      <w:r>
        <w:rPr>
          <w:sz w:val="17"/>
        </w:rPr>
        <w:t xml:space="preserve">Wyniki konsultacji będą publikowane w formie zbiorczej. Dane </w:t>
      </w:r>
      <w:proofErr w:type="spellStart"/>
      <w:r>
        <w:rPr>
          <w:sz w:val="17"/>
        </w:rPr>
        <w:t>identyfikujące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uczestników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konsultacji</w:t>
      </w:r>
      <w:proofErr w:type="spellEnd"/>
      <w:r>
        <w:rPr>
          <w:sz w:val="17"/>
        </w:rPr>
        <w:t xml:space="preserve">, </w:t>
      </w:r>
      <w:r w:rsidR="00505948">
        <w:rPr>
          <w:sz w:val="17"/>
        </w:rPr>
        <w:br/>
      </w:r>
      <w:r>
        <w:rPr>
          <w:sz w:val="17"/>
        </w:rPr>
        <w:t xml:space="preserve">w </w:t>
      </w:r>
      <w:proofErr w:type="spellStart"/>
      <w:r>
        <w:rPr>
          <w:sz w:val="17"/>
        </w:rPr>
        <w:t>szczególności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imię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nazwisko</w:t>
      </w:r>
      <w:proofErr w:type="spellEnd"/>
      <w:r>
        <w:rPr>
          <w:sz w:val="17"/>
        </w:rPr>
        <w:t xml:space="preserve"> oraz miejscowość zamieszkania, nie będą publikowane jako element wyników konsultacji.</w:t>
      </w:r>
    </w:p>
    <w:sectPr w:rsidR="006B2F29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8833200">
    <w:abstractNumId w:val="8"/>
  </w:num>
  <w:num w:numId="2" w16cid:durableId="1096245206">
    <w:abstractNumId w:val="6"/>
  </w:num>
  <w:num w:numId="3" w16cid:durableId="1773936862">
    <w:abstractNumId w:val="5"/>
  </w:num>
  <w:num w:numId="4" w16cid:durableId="462697912">
    <w:abstractNumId w:val="4"/>
  </w:num>
  <w:num w:numId="5" w16cid:durableId="1822041573">
    <w:abstractNumId w:val="7"/>
  </w:num>
  <w:num w:numId="6" w16cid:durableId="1978802837">
    <w:abstractNumId w:val="3"/>
  </w:num>
  <w:num w:numId="7" w16cid:durableId="922447783">
    <w:abstractNumId w:val="2"/>
  </w:num>
  <w:num w:numId="8" w16cid:durableId="115560853">
    <w:abstractNumId w:val="1"/>
  </w:num>
  <w:num w:numId="9" w16cid:durableId="202751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DB6"/>
    <w:rsid w:val="00034616"/>
    <w:rsid w:val="0005122B"/>
    <w:rsid w:val="0006063C"/>
    <w:rsid w:val="00116E93"/>
    <w:rsid w:val="0015074B"/>
    <w:rsid w:val="001A6D51"/>
    <w:rsid w:val="0029639D"/>
    <w:rsid w:val="00300485"/>
    <w:rsid w:val="00326F90"/>
    <w:rsid w:val="00384296"/>
    <w:rsid w:val="0038438C"/>
    <w:rsid w:val="003A3550"/>
    <w:rsid w:val="00461CCB"/>
    <w:rsid w:val="00464ED6"/>
    <w:rsid w:val="0049021E"/>
    <w:rsid w:val="00497395"/>
    <w:rsid w:val="00505948"/>
    <w:rsid w:val="0052070D"/>
    <w:rsid w:val="005A3E69"/>
    <w:rsid w:val="005C51E6"/>
    <w:rsid w:val="00635C89"/>
    <w:rsid w:val="00647DDB"/>
    <w:rsid w:val="006B2F29"/>
    <w:rsid w:val="006C29D5"/>
    <w:rsid w:val="00712944"/>
    <w:rsid w:val="00712E19"/>
    <w:rsid w:val="00782692"/>
    <w:rsid w:val="008A5DEC"/>
    <w:rsid w:val="00A70A82"/>
    <w:rsid w:val="00AA1D8D"/>
    <w:rsid w:val="00AC58F3"/>
    <w:rsid w:val="00B47730"/>
    <w:rsid w:val="00C16748"/>
    <w:rsid w:val="00CB0664"/>
    <w:rsid w:val="00CD3F39"/>
    <w:rsid w:val="00ED6D80"/>
    <w:rsid w:val="00FC1E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07C04"/>
  <w14:defaultImageDpi w14:val="300"/>
  <w15:docId w15:val="{7FFB5C61-7E8F-453B-A474-4AECEB69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ED6"/>
    <w:pPr>
      <w:spacing w:after="100" w:line="252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973</Words>
  <Characters>5842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Król</cp:lastModifiedBy>
  <cp:revision>21</cp:revision>
  <cp:lastPrinted>2026-09-04T06:13:00Z</cp:lastPrinted>
  <dcterms:created xsi:type="dcterms:W3CDTF">2026-09-04T06:13:00Z</dcterms:created>
  <dcterms:modified xsi:type="dcterms:W3CDTF">2026-09-14T09:11:00Z</dcterms:modified>
  <cp:category/>
</cp:coreProperties>
</file>